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AD34A" w14:textId="02B9CD01" w:rsidR="000E1112" w:rsidRPr="003D356E" w:rsidRDefault="00C16E06" w:rsidP="009925C8">
      <w:pPr>
        <w:pStyle w:val="Title"/>
        <w:spacing w:line="276" w:lineRule="auto"/>
        <w:ind w:left="-284" w:right="-151"/>
        <w:jc w:val="center"/>
        <w:rPr>
          <w:rFonts w:ascii="Times New Roman" w:hAnsi="Times New Roman" w:cs="Times New Roman"/>
          <w:b/>
          <w:bCs/>
          <w:color w:val="auto"/>
          <w:sz w:val="44"/>
          <w:szCs w:val="44"/>
        </w:rPr>
      </w:pPr>
      <w:r>
        <w:rPr>
          <w:rFonts w:ascii="Times New Roman" w:hAnsi="Times New Roman" w:cs="Times New Roman"/>
          <w:b/>
          <w:bCs/>
          <w:color w:val="auto"/>
          <w:sz w:val="44"/>
          <w:szCs w:val="44"/>
        </w:rPr>
        <w:t>MALLPATH-INDOOR NAVIGATION SYSTEM</w:t>
      </w:r>
    </w:p>
    <w:p w14:paraId="217EE76F" w14:textId="3EB1CAE8" w:rsidR="00B553E7" w:rsidRPr="00B553E7" w:rsidRDefault="00961CD3" w:rsidP="009925C8">
      <w:pPr>
        <w:ind w:left="-284" w:right="-151"/>
        <w:jc w:val="center"/>
        <w:rPr>
          <w:rFonts w:cs="Times New Roman"/>
        </w:rPr>
        <w:sectPr w:rsidR="00B553E7" w:rsidRPr="00B553E7" w:rsidSect="00B553E7">
          <w:pgSz w:w="12240" w:h="15840"/>
          <w:pgMar w:top="1440" w:right="1183" w:bottom="1440" w:left="1134" w:header="720" w:footer="720" w:gutter="0"/>
          <w:cols w:space="720"/>
          <w:docGrid w:linePitch="360"/>
        </w:sectPr>
      </w:pPr>
      <w:r w:rsidRPr="00B553E7">
        <w:rPr>
          <w:rFonts w:cs="Times New Roman"/>
        </w:rPr>
        <w:br/>
      </w:r>
    </w:p>
    <w:p w14:paraId="3CA696F2" w14:textId="5B51BB90" w:rsidR="00D44FE8" w:rsidRDefault="00961CD3" w:rsidP="008728C8">
      <w:pPr>
        <w:pStyle w:val="Heading1"/>
        <w:spacing w:line="240" w:lineRule="auto"/>
        <w:ind w:left="-284" w:right="-151"/>
        <w:jc w:val="both"/>
        <w:rPr>
          <w:rFonts w:ascii="Times New Roman" w:hAnsi="Times New Roman" w:cs="Times New Roman"/>
        </w:rPr>
      </w:pPr>
      <w:r w:rsidRPr="00B553E7">
        <w:rPr>
          <w:rFonts w:ascii="Times New Roman" w:hAnsi="Times New Roman" w:cs="Times New Roman"/>
        </w:rPr>
        <w:t>A</w:t>
      </w:r>
      <w:r w:rsidR="00C25B2C">
        <w:rPr>
          <w:rFonts w:ascii="Times New Roman" w:hAnsi="Times New Roman" w:cs="Times New Roman"/>
        </w:rPr>
        <w:t>BSTRACT</w:t>
      </w:r>
    </w:p>
    <w:p w14:paraId="21E2FCAA" w14:textId="1C413CF4" w:rsidR="008728C8" w:rsidRPr="008728C8" w:rsidRDefault="008728C8" w:rsidP="008728C8">
      <w:pPr>
        <w:spacing w:after="0" w:line="240" w:lineRule="auto"/>
      </w:pPr>
      <w:r>
        <w:t xml:space="preserve"> </w:t>
      </w:r>
    </w:p>
    <w:p w14:paraId="2A24090B" w14:textId="3436D715" w:rsidR="008D1E9A" w:rsidRPr="008D1E9A" w:rsidRDefault="008728C8" w:rsidP="00D44FE8">
      <w:pPr>
        <w:ind w:left="-284" w:right="-151"/>
        <w:jc w:val="both"/>
        <w:rPr>
          <w:rFonts w:cs="Times New Roman"/>
        </w:rPr>
      </w:pPr>
      <w:r>
        <w:rPr>
          <w:rFonts w:cs="Times New Roman"/>
        </w:rPr>
        <w:t xml:space="preserve">     </w:t>
      </w:r>
      <w:r w:rsidR="0037196A">
        <w:rPr>
          <w:rFonts w:cs="Times New Roman"/>
        </w:rPr>
        <w:t xml:space="preserve">  </w:t>
      </w:r>
      <w:r w:rsidR="008D1E9A" w:rsidRPr="008D1E9A">
        <w:rPr>
          <w:rFonts w:cs="Times New Roman"/>
        </w:rPr>
        <w:t>Indoor navigation within large shopping malls is often challenging due to complex layouts and lack of proper guidance systems. Visitors frequently struggle to locate stores, restrooms, exits, or other facilities efficiently. Traditional navigation methods such as static maps and signboards are often insufficient and confusing.</w:t>
      </w:r>
    </w:p>
    <w:p w14:paraId="437BA2F8" w14:textId="11A03657" w:rsidR="008D1E9A" w:rsidRPr="008D1E9A" w:rsidRDefault="008D1E9A" w:rsidP="008D1E9A">
      <w:pPr>
        <w:ind w:left="-284" w:right="-151"/>
        <w:jc w:val="both"/>
        <w:rPr>
          <w:rFonts w:cs="Times New Roman"/>
        </w:rPr>
      </w:pPr>
      <w:r w:rsidRPr="008D1E9A">
        <w:rPr>
          <w:rFonts w:cs="Times New Roman"/>
        </w:rPr>
        <w:t xml:space="preserve">This paper proposes </w:t>
      </w:r>
      <w:proofErr w:type="spellStart"/>
      <w:r w:rsidRPr="008D1E9A">
        <w:rPr>
          <w:rFonts w:cs="Times New Roman"/>
        </w:rPr>
        <w:t>MallPath</w:t>
      </w:r>
      <w:proofErr w:type="spellEnd"/>
      <w:r w:rsidRPr="008D1E9A">
        <w:rPr>
          <w:rFonts w:cs="Times New Roman"/>
        </w:rPr>
        <w:t>, an intelligent indoor navigation system designed to assist users in navigating malls  and accurately. The system utilizes digital mall maps, real-time location tracking, and pathfinding algorithms to guide users to their desired destinations.</w:t>
      </w:r>
    </w:p>
    <w:p w14:paraId="27380EC9" w14:textId="7927D1DE" w:rsidR="000E1112" w:rsidRPr="00B553E7" w:rsidRDefault="008D1E9A" w:rsidP="008D1E9A">
      <w:pPr>
        <w:ind w:left="-284" w:right="-151"/>
        <w:jc w:val="both"/>
        <w:rPr>
          <w:rFonts w:cs="Times New Roman"/>
        </w:rPr>
      </w:pPr>
      <w:r w:rsidRPr="008D1E9A">
        <w:rPr>
          <w:rFonts w:cs="Times New Roman"/>
        </w:rPr>
        <w:t>The proposed system provides floor-wise navigation, shop categorization, and shortest path suggestions. It enhances user experience by reducing time, improving accessibility, and offering an interactive interface. The solution is scalable and can be implemented in modern smart malls.</w:t>
      </w:r>
    </w:p>
    <w:p w14:paraId="2C9BFB9A" w14:textId="753AD6A0" w:rsidR="000E1112" w:rsidRDefault="00961CD3" w:rsidP="009925C8">
      <w:pPr>
        <w:pStyle w:val="Heading1"/>
        <w:ind w:left="-284" w:right="-151"/>
        <w:jc w:val="both"/>
        <w:rPr>
          <w:rFonts w:ascii="Times New Roman" w:hAnsi="Times New Roman" w:cs="Times New Roman"/>
        </w:rPr>
      </w:pPr>
      <w:r w:rsidRPr="00B553E7">
        <w:rPr>
          <w:rFonts w:ascii="Times New Roman" w:hAnsi="Times New Roman" w:cs="Times New Roman"/>
        </w:rPr>
        <w:t>K</w:t>
      </w:r>
      <w:r w:rsidR="001608B5">
        <w:rPr>
          <w:rFonts w:ascii="Times New Roman" w:hAnsi="Times New Roman" w:cs="Times New Roman"/>
        </w:rPr>
        <w:t>EYWORDS</w:t>
      </w:r>
    </w:p>
    <w:p w14:paraId="324219E8" w14:textId="77777777" w:rsidR="0037196A" w:rsidRPr="0037196A" w:rsidRDefault="0037196A" w:rsidP="0037196A">
      <w:pPr>
        <w:spacing w:after="0"/>
      </w:pPr>
    </w:p>
    <w:p w14:paraId="771020D4" w14:textId="2DA079A3" w:rsidR="000E1112" w:rsidRDefault="0037196A" w:rsidP="009925C8">
      <w:pPr>
        <w:ind w:left="-284" w:right="-151"/>
        <w:jc w:val="both"/>
        <w:rPr>
          <w:rFonts w:cs="Times New Roman"/>
        </w:rPr>
      </w:pPr>
      <w:r>
        <w:rPr>
          <w:rFonts w:cs="Times New Roman"/>
        </w:rPr>
        <w:t xml:space="preserve">       </w:t>
      </w:r>
      <w:r w:rsidR="001A5057" w:rsidRPr="001A5057">
        <w:rPr>
          <w:rFonts w:cs="Times New Roman"/>
        </w:rPr>
        <w:t>Indoor Navigation, Smart Mall, Pathfinding, User Interface, Location Tracking, Digital Mapping</w:t>
      </w:r>
      <w:r w:rsidR="001A5057">
        <w:rPr>
          <w:rFonts w:cs="Times New Roman"/>
        </w:rPr>
        <w:t>.</w:t>
      </w:r>
    </w:p>
    <w:p w14:paraId="0ADFD8E9" w14:textId="77777777" w:rsidR="00774503" w:rsidRPr="00B553E7" w:rsidRDefault="00774503" w:rsidP="009925C8">
      <w:pPr>
        <w:ind w:left="-284" w:right="-151"/>
        <w:jc w:val="both"/>
        <w:rPr>
          <w:rFonts w:cs="Times New Roman"/>
        </w:rPr>
      </w:pPr>
    </w:p>
    <w:p w14:paraId="40C855B5" w14:textId="12F15B03" w:rsidR="000E1112" w:rsidRDefault="00961CD3" w:rsidP="009567CB">
      <w:pPr>
        <w:pStyle w:val="Heading1"/>
        <w:ind w:left="-284" w:right="-151"/>
        <w:jc w:val="both"/>
        <w:rPr>
          <w:rFonts w:ascii="Times New Roman" w:hAnsi="Times New Roman" w:cs="Times New Roman"/>
        </w:rPr>
      </w:pPr>
      <w:r w:rsidRPr="00B553E7">
        <w:rPr>
          <w:rFonts w:ascii="Times New Roman" w:hAnsi="Times New Roman" w:cs="Times New Roman"/>
        </w:rPr>
        <w:t>I. I</w:t>
      </w:r>
      <w:r w:rsidR="00C25B2C">
        <w:rPr>
          <w:rFonts w:ascii="Times New Roman" w:hAnsi="Times New Roman" w:cs="Times New Roman"/>
        </w:rPr>
        <w:t>NTRODUCTION</w:t>
      </w:r>
    </w:p>
    <w:p w14:paraId="0F198912" w14:textId="77777777" w:rsidR="0037196A" w:rsidRPr="0037196A" w:rsidRDefault="0037196A" w:rsidP="009567CB">
      <w:pPr>
        <w:spacing w:after="0"/>
      </w:pPr>
    </w:p>
    <w:p w14:paraId="2434947C" w14:textId="45205D7F" w:rsidR="007732A8" w:rsidRDefault="009567CB" w:rsidP="007732A8">
      <w:pPr>
        <w:pStyle w:val="Style1"/>
      </w:pPr>
      <w:r>
        <w:t xml:space="preserve">    </w:t>
      </w:r>
      <w:r w:rsidR="00973314">
        <w:t xml:space="preserve">  </w:t>
      </w:r>
      <w:r w:rsidR="007732A8">
        <w:t>Navigation inside large shopping malls can be confusing due to multiple floors, numerous stores, and complex layouts. Visitors often rely on signboards or security assistance, which is time-consuming and inefficient.</w:t>
      </w:r>
    </w:p>
    <w:p w14:paraId="10311DAF" w14:textId="77777777" w:rsidR="007732A8" w:rsidRDefault="007732A8" w:rsidP="007732A8">
      <w:pPr>
        <w:pStyle w:val="Style1"/>
      </w:pPr>
      <w:r>
        <w:t>Traditional methods such as static maps and help desks do not provide clear and quick directions. Many users find it difficult to identify their current location and reach their destination easily, especially during busy hours.</w:t>
      </w:r>
    </w:p>
    <w:p w14:paraId="474C84BC" w14:textId="77777777" w:rsidR="007732A8" w:rsidRDefault="007732A8" w:rsidP="007732A8">
      <w:pPr>
        <w:pStyle w:val="Style1"/>
      </w:pPr>
      <w:r>
        <w:t>With the advancement of digital technologies, indoor navigation systems have become essential. Unlike outdoor navigation (GPS-based), indoor environments require specialized systems due to signal limitations. Therefore, smart solutions using digital maps and algorithms are needed.</w:t>
      </w:r>
    </w:p>
    <w:p w14:paraId="5D8D090C" w14:textId="77777777" w:rsidR="007732A8" w:rsidRDefault="007732A8" w:rsidP="007732A8">
      <w:pPr>
        <w:pStyle w:val="Style1"/>
      </w:pPr>
      <w:r>
        <w:t xml:space="preserve">This paper introduces </w:t>
      </w:r>
      <w:proofErr w:type="spellStart"/>
      <w:r>
        <w:t>MallPath</w:t>
      </w:r>
      <w:proofErr w:type="spellEnd"/>
      <w:r>
        <w:t>, a smart indoor navigation system that helps users:</w:t>
      </w:r>
    </w:p>
    <w:p w14:paraId="06A0E8A8" w14:textId="77777777" w:rsidR="007732A8" w:rsidRDefault="007732A8" w:rsidP="00606BD2">
      <w:pPr>
        <w:pStyle w:val="Style1"/>
        <w:numPr>
          <w:ilvl w:val="0"/>
          <w:numId w:val="33"/>
        </w:numPr>
        <w:spacing w:line="240" w:lineRule="auto"/>
      </w:pPr>
      <w:r>
        <w:t>Locate shops easily</w:t>
      </w:r>
    </w:p>
    <w:p w14:paraId="660A1998" w14:textId="77777777" w:rsidR="007732A8" w:rsidRDefault="007732A8" w:rsidP="00606BD2">
      <w:pPr>
        <w:pStyle w:val="Style1"/>
        <w:numPr>
          <w:ilvl w:val="0"/>
          <w:numId w:val="33"/>
        </w:numPr>
        <w:spacing w:line="240" w:lineRule="auto"/>
      </w:pPr>
      <w:r>
        <w:t>Navigate floor-wise layouts</w:t>
      </w:r>
    </w:p>
    <w:p w14:paraId="2C84CEA3" w14:textId="77777777" w:rsidR="007732A8" w:rsidRDefault="007732A8" w:rsidP="00606BD2">
      <w:pPr>
        <w:pStyle w:val="Style1"/>
        <w:numPr>
          <w:ilvl w:val="0"/>
          <w:numId w:val="33"/>
        </w:numPr>
        <w:spacing w:line="240" w:lineRule="auto"/>
      </w:pPr>
      <w:r>
        <w:t>Find shortest paths</w:t>
      </w:r>
    </w:p>
    <w:p w14:paraId="7DF804B3" w14:textId="77777777" w:rsidR="007732A8" w:rsidRDefault="007732A8" w:rsidP="00606BD2">
      <w:pPr>
        <w:pStyle w:val="Style1"/>
        <w:numPr>
          <w:ilvl w:val="0"/>
          <w:numId w:val="33"/>
        </w:numPr>
        <w:spacing w:line="240" w:lineRule="auto"/>
      </w:pPr>
      <w:r>
        <w:t>Search shops by category</w:t>
      </w:r>
    </w:p>
    <w:p w14:paraId="1D5FF9F7" w14:textId="77777777" w:rsidR="00606BD2" w:rsidRDefault="007732A8" w:rsidP="00606BD2">
      <w:pPr>
        <w:pStyle w:val="Style1"/>
        <w:numPr>
          <w:ilvl w:val="0"/>
          <w:numId w:val="33"/>
        </w:numPr>
        <w:spacing w:line="240" w:lineRule="auto"/>
      </w:pPr>
      <w:r>
        <w:t>Save time and reduce confusion</w:t>
      </w:r>
    </w:p>
    <w:p w14:paraId="5F244479" w14:textId="07B09C11" w:rsidR="007732A8" w:rsidRDefault="007732A8" w:rsidP="00606BD2">
      <w:pPr>
        <w:pStyle w:val="Style1"/>
        <w:numPr>
          <w:ilvl w:val="0"/>
          <w:numId w:val="33"/>
        </w:numPr>
        <w:spacing w:line="240" w:lineRule="auto"/>
      </w:pPr>
      <w:r>
        <w:t>Improve overall shopping experience</w:t>
      </w:r>
    </w:p>
    <w:p w14:paraId="0D63CAD9" w14:textId="77777777" w:rsidR="007732A8" w:rsidRDefault="007732A8" w:rsidP="007732A8">
      <w:pPr>
        <w:pStyle w:val="Style1"/>
      </w:pPr>
      <w:r>
        <w:t>The system provides an interactive and user-friendly interface that guides users step-by-step inside the mall. It can be used by both customers and mall management for better navigation support.</w:t>
      </w:r>
    </w:p>
    <w:p w14:paraId="7E71AA68" w14:textId="6CC16B5C" w:rsidR="00D44FE8" w:rsidRPr="00B553E7" w:rsidRDefault="007732A8" w:rsidP="007732A8">
      <w:pPr>
        <w:pStyle w:val="Style1"/>
      </w:pPr>
      <w:r>
        <w:lastRenderedPageBreak/>
        <w:t>The system ensures efficient navigation through structured data, clear directions, and easy accessibility, making mall visits more convenient and organized.</w:t>
      </w:r>
      <w:r w:rsidR="00444FC6">
        <w:t>.</w:t>
      </w:r>
    </w:p>
    <w:p w14:paraId="3C7BEFA7" w14:textId="60DCF206" w:rsidR="007732A8" w:rsidRDefault="00961CD3" w:rsidP="007732A8">
      <w:pPr>
        <w:pStyle w:val="Heading1"/>
        <w:ind w:left="-284" w:right="-151"/>
        <w:jc w:val="both"/>
        <w:rPr>
          <w:rFonts w:ascii="Times New Roman" w:hAnsi="Times New Roman" w:cs="Times New Roman"/>
        </w:rPr>
      </w:pPr>
      <w:r w:rsidRPr="00B553E7">
        <w:rPr>
          <w:rFonts w:ascii="Times New Roman" w:hAnsi="Times New Roman" w:cs="Times New Roman"/>
        </w:rPr>
        <w:t xml:space="preserve">II. </w:t>
      </w:r>
      <w:r w:rsidR="00406EDB">
        <w:rPr>
          <w:rFonts w:ascii="Times New Roman" w:hAnsi="Times New Roman" w:cs="Times New Roman"/>
        </w:rPr>
        <w:t>L</w:t>
      </w:r>
      <w:r w:rsidR="00D44FE8">
        <w:rPr>
          <w:rFonts w:ascii="Times New Roman" w:hAnsi="Times New Roman" w:cs="Times New Roman"/>
        </w:rPr>
        <w:t>ITERATURE REVIE</w:t>
      </w:r>
      <w:r w:rsidR="007732A8">
        <w:rPr>
          <w:rFonts w:ascii="Times New Roman" w:hAnsi="Times New Roman" w:cs="Times New Roman"/>
        </w:rPr>
        <w:t>W</w:t>
      </w:r>
    </w:p>
    <w:p w14:paraId="70207D65" w14:textId="77777777" w:rsidR="00564101" w:rsidRPr="00564101" w:rsidRDefault="00564101" w:rsidP="00564101">
      <w:pPr>
        <w:spacing w:after="0"/>
      </w:pPr>
    </w:p>
    <w:p w14:paraId="41013D5E" w14:textId="1E7A1B83" w:rsidR="002A3322" w:rsidRDefault="00564101" w:rsidP="002A3322">
      <w:pPr>
        <w:pStyle w:val="Style1"/>
      </w:pPr>
      <w:r>
        <w:t xml:space="preserve">          </w:t>
      </w:r>
      <w:r w:rsidR="002A3322">
        <w:t>Indoor navigation systems have gained significant importance due to the increasing size and complexity of modern shopping malls. Various technologies and approaches have been developed to improve indoor navigation and user experience.</w:t>
      </w:r>
    </w:p>
    <w:p w14:paraId="679C275F" w14:textId="77777777" w:rsidR="002A3322" w:rsidRDefault="002A3322" w:rsidP="002A3322">
      <w:pPr>
        <w:pStyle w:val="Style1"/>
      </w:pPr>
      <w:r>
        <w:t>Several systems use technologies such as:</w:t>
      </w:r>
    </w:p>
    <w:p w14:paraId="6C9F5AC0" w14:textId="77777777" w:rsidR="002A3322" w:rsidRDefault="002A3322" w:rsidP="008B6C5C">
      <w:pPr>
        <w:pStyle w:val="Style1"/>
        <w:numPr>
          <w:ilvl w:val="0"/>
          <w:numId w:val="30"/>
        </w:numPr>
      </w:pPr>
      <w:r>
        <w:t>Bluetooth beacons</w:t>
      </w:r>
    </w:p>
    <w:p w14:paraId="38695F87" w14:textId="77777777" w:rsidR="002A3322" w:rsidRDefault="002A3322" w:rsidP="008B6C5C">
      <w:pPr>
        <w:pStyle w:val="Style1"/>
        <w:numPr>
          <w:ilvl w:val="0"/>
          <w:numId w:val="30"/>
        </w:numPr>
      </w:pPr>
      <w:r>
        <w:t>Wi-Fi positioning</w:t>
      </w:r>
    </w:p>
    <w:p w14:paraId="3D82878C" w14:textId="77777777" w:rsidR="002A3322" w:rsidRDefault="002A3322" w:rsidP="008B6C5C">
      <w:pPr>
        <w:pStyle w:val="Style1"/>
        <w:numPr>
          <w:ilvl w:val="0"/>
          <w:numId w:val="30"/>
        </w:numPr>
      </w:pPr>
      <w:r>
        <w:t>QR code-based navigation</w:t>
      </w:r>
    </w:p>
    <w:p w14:paraId="5396E6F7" w14:textId="77777777" w:rsidR="002A3322" w:rsidRDefault="002A3322" w:rsidP="008B6C5C">
      <w:pPr>
        <w:pStyle w:val="Style1"/>
        <w:numPr>
          <w:ilvl w:val="0"/>
          <w:numId w:val="30"/>
        </w:numPr>
      </w:pPr>
      <w:r>
        <w:t>RFID systems</w:t>
      </w:r>
    </w:p>
    <w:p w14:paraId="5F277B27" w14:textId="77777777" w:rsidR="002A3322" w:rsidRDefault="002A3322" w:rsidP="008B6C5C">
      <w:pPr>
        <w:pStyle w:val="Style1"/>
        <w:numPr>
          <w:ilvl w:val="0"/>
          <w:numId w:val="30"/>
        </w:numPr>
      </w:pPr>
      <w:r>
        <w:t>Augmented Reality (AR)</w:t>
      </w:r>
    </w:p>
    <w:p w14:paraId="08AC76D1" w14:textId="77777777" w:rsidR="002A3322" w:rsidRDefault="002A3322" w:rsidP="002A3322">
      <w:pPr>
        <w:pStyle w:val="Style1"/>
      </w:pPr>
      <w:r>
        <w:t>Bluetooth beacon-based systems provide location tracking by detecting nearby devices, but they require additional hardware installation and maintenance. Wi-Fi-based systems are widely used, but they often suffer from low accuracy and signal interference inside buildings.</w:t>
      </w:r>
    </w:p>
    <w:p w14:paraId="5B56D5C3" w14:textId="2BC0CCFE" w:rsidR="002A3322" w:rsidRDefault="002A3322" w:rsidP="002A3322">
      <w:pPr>
        <w:pStyle w:val="Style1"/>
      </w:pPr>
      <w:r>
        <w:t xml:space="preserve">QR code-based navigation systems are simple and cost-effective, where users scan codes placed at </w:t>
      </w:r>
      <w:r w:rsidR="00564101">
        <w:t xml:space="preserve"> </w:t>
      </w:r>
      <w:r>
        <w:t>different locations to get directions. However, they require user interaction at multiple points, which may not be convenient.</w:t>
      </w:r>
    </w:p>
    <w:p w14:paraId="2D538FA1" w14:textId="77777777" w:rsidR="002A3322" w:rsidRDefault="002A3322" w:rsidP="002A3322">
      <w:pPr>
        <w:pStyle w:val="Style1"/>
      </w:pPr>
      <w:r>
        <w:t>Augmented Reality (AR) systems provide advanced navigation by overlaying directions on real-world views, but they are complex and require high processing power and modern devices.</w:t>
      </w:r>
    </w:p>
    <w:p w14:paraId="79B9DBA4" w14:textId="77777777" w:rsidR="002A3322" w:rsidRDefault="002A3322" w:rsidP="002A3322">
      <w:pPr>
        <w:pStyle w:val="Style1"/>
      </w:pPr>
      <w:r>
        <w:t>Most existing systems use digital maps combined with pathfinding algorithms such as:</w:t>
      </w:r>
    </w:p>
    <w:p w14:paraId="6A2C1FB5" w14:textId="77777777" w:rsidR="002A3322" w:rsidRDefault="002A3322" w:rsidP="00924132">
      <w:pPr>
        <w:pStyle w:val="Style1"/>
        <w:numPr>
          <w:ilvl w:val="0"/>
          <w:numId w:val="31"/>
        </w:numPr>
      </w:pPr>
      <w:r>
        <w:t>Dijkstra’s Algorithm</w:t>
      </w:r>
    </w:p>
    <w:p w14:paraId="39C949C8" w14:textId="77777777" w:rsidR="002A3322" w:rsidRDefault="002A3322" w:rsidP="00924132">
      <w:pPr>
        <w:pStyle w:val="Style1"/>
        <w:numPr>
          <w:ilvl w:val="0"/>
          <w:numId w:val="31"/>
        </w:numPr>
      </w:pPr>
      <w:r>
        <w:t>A* (A-Star) Algorithm</w:t>
      </w:r>
    </w:p>
    <w:p w14:paraId="7A204E20" w14:textId="77777777" w:rsidR="002A3322" w:rsidRDefault="002A3322" w:rsidP="002A3322">
      <w:pPr>
        <w:pStyle w:val="Style1"/>
      </w:pPr>
      <w:r>
        <w:t>These algorithms help in finding the shortest path between two locations efficiently.</w:t>
      </w:r>
    </w:p>
    <w:p w14:paraId="446224F9" w14:textId="77777777" w:rsidR="002A3322" w:rsidRDefault="002A3322" w:rsidP="002A3322">
      <w:pPr>
        <w:pStyle w:val="Style1"/>
      </w:pPr>
      <w:r>
        <w:t>However, existing systems have several limitations such as:</w:t>
      </w:r>
    </w:p>
    <w:p w14:paraId="04314E56" w14:textId="77777777" w:rsidR="002A3322" w:rsidRDefault="002A3322" w:rsidP="00924132">
      <w:pPr>
        <w:pStyle w:val="Style1"/>
        <w:numPr>
          <w:ilvl w:val="0"/>
          <w:numId w:val="32"/>
        </w:numPr>
      </w:pPr>
      <w:r>
        <w:t>High implementation cost</w:t>
      </w:r>
    </w:p>
    <w:p w14:paraId="7296DF9A" w14:textId="77777777" w:rsidR="002A3322" w:rsidRDefault="002A3322" w:rsidP="00924132">
      <w:pPr>
        <w:pStyle w:val="Style1"/>
        <w:numPr>
          <w:ilvl w:val="0"/>
          <w:numId w:val="32"/>
        </w:numPr>
      </w:pPr>
      <w:r>
        <w:t>Dependence on additional hardware</w:t>
      </w:r>
    </w:p>
    <w:p w14:paraId="210D1726" w14:textId="77777777" w:rsidR="002A3322" w:rsidRDefault="002A3322" w:rsidP="00924132">
      <w:pPr>
        <w:pStyle w:val="Style1"/>
        <w:numPr>
          <w:ilvl w:val="0"/>
          <w:numId w:val="32"/>
        </w:numPr>
      </w:pPr>
      <w:r>
        <w:t>Inaccurate indoor positioning</w:t>
      </w:r>
    </w:p>
    <w:p w14:paraId="0E3DDE8E" w14:textId="77777777" w:rsidR="002A3322" w:rsidRDefault="002A3322" w:rsidP="00924132">
      <w:pPr>
        <w:pStyle w:val="Style1"/>
        <w:numPr>
          <w:ilvl w:val="0"/>
          <w:numId w:val="32"/>
        </w:numPr>
      </w:pPr>
      <w:r>
        <w:t>Complex user interfaces</w:t>
      </w:r>
    </w:p>
    <w:p w14:paraId="768FA794" w14:textId="77777777" w:rsidR="002A3322" w:rsidRDefault="002A3322" w:rsidP="00924132">
      <w:pPr>
        <w:pStyle w:val="Style1"/>
        <w:numPr>
          <w:ilvl w:val="0"/>
          <w:numId w:val="32"/>
        </w:numPr>
      </w:pPr>
      <w:r>
        <w:t>Lack of real-time updates</w:t>
      </w:r>
    </w:p>
    <w:p w14:paraId="001CC93D" w14:textId="77777777" w:rsidR="002A3322" w:rsidRDefault="002A3322" w:rsidP="002A3322">
      <w:pPr>
        <w:pStyle w:val="Style1"/>
      </w:pPr>
      <w:r>
        <w:t xml:space="preserve">The proposed </w:t>
      </w:r>
      <w:proofErr w:type="spellStart"/>
      <w:r>
        <w:t>MallPath</w:t>
      </w:r>
      <w:proofErr w:type="spellEnd"/>
      <w:r>
        <w:t xml:space="preserve"> system focuses on a simple and efficient map-based navigation approach. It uses structured mall data and pathfinding algorithms to provide accurate directions without requiring expensive hardware.</w:t>
      </w:r>
    </w:p>
    <w:p w14:paraId="3577CB03" w14:textId="516BAECA" w:rsidR="00E00544" w:rsidRDefault="00961CD3" w:rsidP="007E0DE3">
      <w:pPr>
        <w:pStyle w:val="Heading1"/>
        <w:spacing w:line="240" w:lineRule="auto"/>
        <w:ind w:left="-284" w:right="-151"/>
        <w:jc w:val="both"/>
        <w:rPr>
          <w:rFonts w:ascii="Times New Roman" w:hAnsi="Times New Roman" w:cs="Times New Roman"/>
        </w:rPr>
      </w:pPr>
      <w:r w:rsidRPr="00B553E7">
        <w:rPr>
          <w:rFonts w:ascii="Times New Roman" w:hAnsi="Times New Roman" w:cs="Times New Roman"/>
        </w:rPr>
        <w:t xml:space="preserve">III. </w:t>
      </w:r>
      <w:r w:rsidR="0052413A">
        <w:rPr>
          <w:rFonts w:ascii="Times New Roman" w:hAnsi="Times New Roman" w:cs="Times New Roman"/>
        </w:rPr>
        <w:t>SYSTEM SPECIFICATION</w:t>
      </w:r>
      <w:r w:rsidR="00D02043">
        <w:rPr>
          <w:rFonts w:ascii="Times New Roman" w:hAnsi="Times New Roman" w:cs="Times New Roman"/>
        </w:rPr>
        <w:t>S</w:t>
      </w:r>
    </w:p>
    <w:p w14:paraId="7CB300E7" w14:textId="77777777" w:rsidR="00564101" w:rsidRPr="00564101" w:rsidRDefault="00564101" w:rsidP="00564101">
      <w:pPr>
        <w:spacing w:after="0"/>
      </w:pPr>
    </w:p>
    <w:p w14:paraId="0F64C35F" w14:textId="2748FB96" w:rsidR="009925C8" w:rsidRPr="00CF4DF4" w:rsidRDefault="00D02043" w:rsidP="009925C8">
      <w:pPr>
        <w:ind w:left="-284" w:right="-151"/>
        <w:jc w:val="both"/>
        <w:rPr>
          <w:rFonts w:cs="Times New Roman"/>
          <w:b/>
          <w:bCs/>
        </w:rPr>
      </w:pPr>
      <w:proofErr w:type="spellStart"/>
      <w:r w:rsidRPr="00CF4DF4">
        <w:rPr>
          <w:rFonts w:cs="Times New Roman"/>
          <w:b/>
          <w:bCs/>
        </w:rPr>
        <w:t>A</w:t>
      </w:r>
      <w:r w:rsidR="00CF4DF4" w:rsidRPr="00CF4DF4">
        <w:rPr>
          <w:rFonts w:cs="Times New Roman"/>
          <w:b/>
          <w:bCs/>
        </w:rPr>
        <w:t>.Software</w:t>
      </w:r>
      <w:proofErr w:type="spellEnd"/>
      <w:r w:rsidR="00CF4DF4" w:rsidRPr="00CF4DF4">
        <w:rPr>
          <w:rFonts w:cs="Times New Roman"/>
          <w:b/>
          <w:bCs/>
        </w:rPr>
        <w:t xml:space="preserve"> Requirements</w:t>
      </w:r>
    </w:p>
    <w:p w14:paraId="627C29D7" w14:textId="5765465E" w:rsidR="000E1112" w:rsidRDefault="00564101" w:rsidP="009925C8">
      <w:pPr>
        <w:ind w:left="-284" w:right="-151"/>
        <w:jc w:val="both"/>
        <w:rPr>
          <w:rFonts w:cs="Times New Roman"/>
        </w:rPr>
      </w:pPr>
      <w:r>
        <w:rPr>
          <w:rFonts w:cs="Times New Roman"/>
        </w:rPr>
        <w:t xml:space="preserve">       </w:t>
      </w:r>
      <w:r w:rsidR="00961CD3" w:rsidRPr="00B553E7">
        <w:rPr>
          <w:rFonts w:cs="Times New Roman"/>
        </w:rPr>
        <w:t>The system is de</w:t>
      </w:r>
      <w:r w:rsidR="00114013">
        <w:rPr>
          <w:rFonts w:cs="Times New Roman"/>
        </w:rPr>
        <w:t>v</w:t>
      </w:r>
      <w:r w:rsidR="00BC572A">
        <w:rPr>
          <w:rFonts w:cs="Times New Roman"/>
        </w:rPr>
        <w:t>eloped using modern technologies to ensure scalability and performance</w:t>
      </w:r>
      <w:r w:rsidR="00A3146A">
        <w:rPr>
          <w:rFonts w:cs="Times New Roman"/>
        </w:rPr>
        <w:t>:</w:t>
      </w:r>
    </w:p>
    <w:p w14:paraId="1BE1427F" w14:textId="77777777" w:rsidR="00564101" w:rsidRDefault="00564101" w:rsidP="009925C8">
      <w:pPr>
        <w:ind w:left="-284" w:right="-151"/>
        <w:jc w:val="both"/>
        <w:rPr>
          <w:rFonts w:cs="Times New Roman"/>
        </w:rPr>
      </w:pPr>
    </w:p>
    <w:p w14:paraId="231D90AB" w14:textId="77777777" w:rsidR="00A3146A" w:rsidRPr="00706A5A" w:rsidRDefault="00A3146A" w:rsidP="005F0B04">
      <w:pPr>
        <w:pStyle w:val="ListParagraph"/>
        <w:numPr>
          <w:ilvl w:val="0"/>
          <w:numId w:val="14"/>
        </w:numPr>
        <w:ind w:right="-77"/>
        <w:jc w:val="both"/>
        <w:rPr>
          <w:rFonts w:cs="Times New Roman"/>
        </w:rPr>
      </w:pPr>
      <w:r w:rsidRPr="00706A5A">
        <w:rPr>
          <w:rFonts w:cs="Times New Roman"/>
        </w:rPr>
        <w:t>Operating System: Windows / Android / iOS</w:t>
      </w:r>
    </w:p>
    <w:p w14:paraId="4043B4AE" w14:textId="77777777" w:rsidR="00A3146A" w:rsidRPr="00706A5A" w:rsidRDefault="00A3146A" w:rsidP="00706A5A">
      <w:pPr>
        <w:pStyle w:val="ListParagraph"/>
        <w:numPr>
          <w:ilvl w:val="0"/>
          <w:numId w:val="14"/>
        </w:numPr>
        <w:ind w:right="-151"/>
        <w:jc w:val="both"/>
        <w:rPr>
          <w:rFonts w:cs="Times New Roman"/>
        </w:rPr>
      </w:pPr>
      <w:r w:rsidRPr="00706A5A">
        <w:rPr>
          <w:rFonts w:cs="Times New Roman"/>
        </w:rPr>
        <w:t>Frontend: HTML, CSS, JavaScript</w:t>
      </w:r>
    </w:p>
    <w:p w14:paraId="007758C6" w14:textId="77777777" w:rsidR="00A3146A" w:rsidRPr="00706A5A" w:rsidRDefault="00A3146A" w:rsidP="00706A5A">
      <w:pPr>
        <w:pStyle w:val="ListParagraph"/>
        <w:numPr>
          <w:ilvl w:val="0"/>
          <w:numId w:val="14"/>
        </w:numPr>
        <w:ind w:right="-151"/>
        <w:jc w:val="both"/>
        <w:rPr>
          <w:rFonts w:cs="Times New Roman"/>
        </w:rPr>
      </w:pPr>
      <w:r w:rsidRPr="00706A5A">
        <w:rPr>
          <w:rFonts w:cs="Times New Roman"/>
        </w:rPr>
        <w:t>Backend: Python / Node.js</w:t>
      </w:r>
    </w:p>
    <w:p w14:paraId="520B01A2" w14:textId="3DAC7D70" w:rsidR="00905F9B" w:rsidRPr="00905F9B" w:rsidRDefault="00A3146A" w:rsidP="00905F9B">
      <w:pPr>
        <w:pStyle w:val="ListParagraph"/>
        <w:numPr>
          <w:ilvl w:val="0"/>
          <w:numId w:val="14"/>
        </w:numPr>
        <w:ind w:right="-151"/>
        <w:jc w:val="both"/>
        <w:rPr>
          <w:rFonts w:cs="Times New Roman"/>
        </w:rPr>
      </w:pPr>
      <w:r w:rsidRPr="00706A5A">
        <w:rPr>
          <w:rFonts w:cs="Times New Roman"/>
        </w:rPr>
        <w:t xml:space="preserve">Database: MongoDB / </w:t>
      </w:r>
      <w:proofErr w:type="spellStart"/>
      <w:r w:rsidRPr="00706A5A">
        <w:rPr>
          <w:rFonts w:cs="Times New Roman"/>
        </w:rPr>
        <w:t>Firebas</w:t>
      </w:r>
      <w:proofErr w:type="spellEnd"/>
    </w:p>
    <w:p w14:paraId="6DA8C5A0" w14:textId="7521B427" w:rsidR="009925C8" w:rsidRDefault="00905F9B" w:rsidP="009925C8">
      <w:pPr>
        <w:ind w:left="-284" w:right="-151"/>
        <w:jc w:val="both"/>
        <w:rPr>
          <w:rFonts w:cs="Times New Roman"/>
        </w:rPr>
      </w:pPr>
      <w:r>
        <w:rPr>
          <w:rFonts w:cs="Times New Roman"/>
          <w:b/>
          <w:bCs/>
        </w:rPr>
        <w:t xml:space="preserve">B. </w:t>
      </w:r>
      <w:r w:rsidR="00706A5A">
        <w:rPr>
          <w:rFonts w:cs="Times New Roman"/>
          <w:b/>
          <w:bCs/>
        </w:rPr>
        <w:t>Software Description</w:t>
      </w:r>
    </w:p>
    <w:p w14:paraId="09372400" w14:textId="0320B989" w:rsidR="00FD17E7" w:rsidRPr="00FD17E7" w:rsidRDefault="00A449CE" w:rsidP="00FD17E7">
      <w:pPr>
        <w:ind w:left="-284" w:right="-151"/>
        <w:jc w:val="both"/>
        <w:rPr>
          <w:rFonts w:cs="Times New Roman"/>
        </w:rPr>
      </w:pPr>
      <w:r>
        <w:rPr>
          <w:rFonts w:cs="Times New Roman"/>
        </w:rPr>
        <w:lastRenderedPageBreak/>
        <w:t xml:space="preserve">     </w:t>
      </w:r>
      <w:r w:rsidR="00FD17E7" w:rsidRPr="00FD17E7">
        <w:rPr>
          <w:rFonts w:cs="Times New Roman"/>
        </w:rPr>
        <w:t xml:space="preserve">The system uses web technologies for interface design and backend processing. The database stores </w:t>
      </w:r>
      <w:r w:rsidR="00E84D83">
        <w:rPr>
          <w:rFonts w:cs="Times New Roman"/>
        </w:rPr>
        <w:t xml:space="preserve"> </w:t>
      </w:r>
      <w:r w:rsidR="00FD17E7" w:rsidRPr="00FD17E7">
        <w:rPr>
          <w:rFonts w:cs="Times New Roman"/>
        </w:rPr>
        <w:t>mall details such as:</w:t>
      </w:r>
    </w:p>
    <w:p w14:paraId="236CCDC6" w14:textId="77777777" w:rsidR="00FD17E7" w:rsidRPr="00FD17E7" w:rsidRDefault="00FD17E7" w:rsidP="00FD17E7">
      <w:pPr>
        <w:pStyle w:val="ListParagraph"/>
        <w:numPr>
          <w:ilvl w:val="0"/>
          <w:numId w:val="15"/>
        </w:numPr>
        <w:ind w:right="-151"/>
        <w:jc w:val="both"/>
        <w:rPr>
          <w:rFonts w:cs="Times New Roman"/>
        </w:rPr>
      </w:pPr>
      <w:r w:rsidRPr="00FD17E7">
        <w:rPr>
          <w:rFonts w:cs="Times New Roman"/>
        </w:rPr>
        <w:t>Shop names</w:t>
      </w:r>
    </w:p>
    <w:p w14:paraId="201EDA22" w14:textId="77777777" w:rsidR="00FD17E7" w:rsidRPr="00FD17E7" w:rsidRDefault="00FD17E7" w:rsidP="00FD17E7">
      <w:pPr>
        <w:pStyle w:val="ListParagraph"/>
        <w:numPr>
          <w:ilvl w:val="0"/>
          <w:numId w:val="15"/>
        </w:numPr>
        <w:ind w:right="-151"/>
        <w:jc w:val="both"/>
        <w:rPr>
          <w:rFonts w:cs="Times New Roman"/>
        </w:rPr>
      </w:pPr>
      <w:r w:rsidRPr="00FD17E7">
        <w:rPr>
          <w:rFonts w:cs="Times New Roman"/>
        </w:rPr>
        <w:t>Floor information</w:t>
      </w:r>
    </w:p>
    <w:p w14:paraId="5AA2FC7A" w14:textId="77777777" w:rsidR="00FD17E7" w:rsidRPr="00FD17E7" w:rsidRDefault="00FD17E7" w:rsidP="00FD17E7">
      <w:pPr>
        <w:pStyle w:val="ListParagraph"/>
        <w:numPr>
          <w:ilvl w:val="0"/>
          <w:numId w:val="15"/>
        </w:numPr>
        <w:ind w:right="-151"/>
        <w:jc w:val="both"/>
        <w:rPr>
          <w:rFonts w:cs="Times New Roman"/>
        </w:rPr>
      </w:pPr>
      <w:r w:rsidRPr="00FD17E7">
        <w:rPr>
          <w:rFonts w:cs="Times New Roman"/>
        </w:rPr>
        <w:t>Categories</w:t>
      </w:r>
    </w:p>
    <w:p w14:paraId="505DFD2A" w14:textId="39BCC204" w:rsidR="000E1112" w:rsidRPr="00B553E7" w:rsidRDefault="00FD17E7" w:rsidP="00FD17E7">
      <w:pPr>
        <w:ind w:left="-284" w:right="-151"/>
        <w:jc w:val="both"/>
        <w:rPr>
          <w:rFonts w:cs="Times New Roman"/>
        </w:rPr>
      </w:pPr>
      <w:r w:rsidRPr="00FD17E7">
        <w:rPr>
          <w:rFonts w:cs="Times New Roman"/>
        </w:rPr>
        <w:t>The system processes user input and generates navigation paths dynamically.</w:t>
      </w:r>
    </w:p>
    <w:p w14:paraId="49B7D361" w14:textId="68CE4A7F" w:rsidR="00093389" w:rsidRDefault="009925C8" w:rsidP="00905F9B">
      <w:pPr>
        <w:pStyle w:val="Style2"/>
      </w:pPr>
      <w:r w:rsidRPr="009925C8">
        <w:t xml:space="preserve">IV. </w:t>
      </w:r>
      <w:r w:rsidR="00093389">
        <w:t>SYSTEM ANALYSIS</w:t>
      </w:r>
    </w:p>
    <w:p w14:paraId="11B5B86E" w14:textId="77777777" w:rsidR="00564101" w:rsidRPr="00905F9B" w:rsidRDefault="00564101" w:rsidP="00564101">
      <w:pPr>
        <w:pStyle w:val="Style2"/>
        <w:spacing w:before="0"/>
      </w:pPr>
    </w:p>
    <w:p w14:paraId="0B1DE3F0" w14:textId="78985361" w:rsidR="00093389" w:rsidRPr="00B0622A" w:rsidRDefault="00B0622A" w:rsidP="00B0622A">
      <w:pPr>
        <w:pStyle w:val="Style1"/>
        <w:numPr>
          <w:ilvl w:val="0"/>
          <w:numId w:val="16"/>
        </w:numPr>
        <w:rPr>
          <w:rFonts w:eastAsia="Times New Roman"/>
          <w:b/>
          <w:bCs/>
          <w:color w:val="000000"/>
          <w:szCs w:val="24"/>
        </w:rPr>
      </w:pPr>
      <w:r w:rsidRPr="00B0622A">
        <w:rPr>
          <w:rFonts w:eastAsia="Times New Roman"/>
          <w:b/>
          <w:bCs/>
          <w:color w:val="000000"/>
          <w:szCs w:val="24"/>
        </w:rPr>
        <w:t>Existing System</w:t>
      </w:r>
    </w:p>
    <w:p w14:paraId="40292F39" w14:textId="78CD0F0E" w:rsidR="00974AF4" w:rsidRPr="00974AF4" w:rsidRDefault="009925C8" w:rsidP="00974AF4">
      <w:pPr>
        <w:pStyle w:val="Style1"/>
        <w:rPr>
          <w:rFonts w:eastAsia="Times New Roman"/>
          <w:color w:val="000000"/>
          <w:szCs w:val="24"/>
        </w:rPr>
      </w:pPr>
      <w:r w:rsidRPr="009925C8">
        <w:rPr>
          <w:rFonts w:eastAsia="Times New Roman"/>
          <w:color w:val="000000"/>
          <w:szCs w:val="24"/>
        </w:rPr>
        <w:t xml:space="preserve"> </w:t>
      </w:r>
      <w:r w:rsidR="00974AF4" w:rsidRPr="00974AF4">
        <w:rPr>
          <w:rFonts w:eastAsia="Times New Roman"/>
          <w:color w:val="000000"/>
          <w:szCs w:val="24"/>
        </w:rPr>
        <w:t>Current systems include:</w:t>
      </w:r>
    </w:p>
    <w:p w14:paraId="07056F62" w14:textId="77777777" w:rsidR="00974AF4" w:rsidRPr="00974AF4" w:rsidRDefault="00974AF4" w:rsidP="00974AF4">
      <w:pPr>
        <w:pStyle w:val="Style1"/>
        <w:numPr>
          <w:ilvl w:val="0"/>
          <w:numId w:val="17"/>
        </w:numPr>
        <w:rPr>
          <w:rFonts w:eastAsia="Times New Roman"/>
          <w:color w:val="000000"/>
          <w:szCs w:val="24"/>
        </w:rPr>
      </w:pPr>
      <w:r w:rsidRPr="00974AF4">
        <w:rPr>
          <w:rFonts w:eastAsia="Times New Roman"/>
          <w:color w:val="000000"/>
          <w:szCs w:val="24"/>
        </w:rPr>
        <w:t>Static mall maps</w:t>
      </w:r>
    </w:p>
    <w:p w14:paraId="768EB5A0" w14:textId="77777777" w:rsidR="00974AF4" w:rsidRPr="00974AF4" w:rsidRDefault="00974AF4" w:rsidP="00974AF4">
      <w:pPr>
        <w:pStyle w:val="Style1"/>
        <w:numPr>
          <w:ilvl w:val="0"/>
          <w:numId w:val="17"/>
        </w:numPr>
        <w:rPr>
          <w:rFonts w:eastAsia="Times New Roman"/>
          <w:color w:val="000000"/>
          <w:szCs w:val="24"/>
        </w:rPr>
      </w:pPr>
      <w:r w:rsidRPr="00974AF4">
        <w:rPr>
          <w:rFonts w:eastAsia="Times New Roman"/>
          <w:color w:val="000000"/>
          <w:szCs w:val="24"/>
        </w:rPr>
        <w:t>Information kiosks</w:t>
      </w:r>
    </w:p>
    <w:p w14:paraId="41488C01" w14:textId="5EB41E11" w:rsidR="00034CB1" w:rsidRPr="00034CB1" w:rsidRDefault="00974AF4" w:rsidP="00034CB1">
      <w:pPr>
        <w:pStyle w:val="Style1"/>
        <w:numPr>
          <w:ilvl w:val="0"/>
          <w:numId w:val="17"/>
        </w:numPr>
        <w:rPr>
          <w:rFonts w:eastAsia="Times New Roman"/>
          <w:color w:val="000000"/>
          <w:szCs w:val="24"/>
        </w:rPr>
      </w:pPr>
      <w:r w:rsidRPr="00974AF4">
        <w:rPr>
          <w:rFonts w:eastAsia="Times New Roman"/>
          <w:color w:val="000000"/>
          <w:szCs w:val="24"/>
        </w:rPr>
        <w:t>Manual guidance</w:t>
      </w:r>
    </w:p>
    <w:p w14:paraId="6F93CB3B" w14:textId="77777777" w:rsidR="00974AF4" w:rsidRPr="00974AF4" w:rsidRDefault="00974AF4" w:rsidP="00974AF4">
      <w:pPr>
        <w:pStyle w:val="Style1"/>
        <w:rPr>
          <w:rFonts w:eastAsia="Times New Roman"/>
          <w:color w:val="000000"/>
          <w:szCs w:val="24"/>
        </w:rPr>
      </w:pPr>
      <w:r w:rsidRPr="00974AF4">
        <w:rPr>
          <w:rFonts w:eastAsia="Times New Roman"/>
          <w:color w:val="000000"/>
          <w:szCs w:val="24"/>
        </w:rPr>
        <w:t>Limitations:</w:t>
      </w:r>
    </w:p>
    <w:p w14:paraId="13E888C7" w14:textId="77777777" w:rsidR="00974AF4" w:rsidRPr="00974AF4" w:rsidRDefault="00974AF4" w:rsidP="00974AF4">
      <w:pPr>
        <w:pStyle w:val="Style1"/>
        <w:numPr>
          <w:ilvl w:val="0"/>
          <w:numId w:val="18"/>
        </w:numPr>
        <w:rPr>
          <w:rFonts w:eastAsia="Times New Roman"/>
          <w:color w:val="000000"/>
          <w:szCs w:val="24"/>
        </w:rPr>
      </w:pPr>
      <w:r w:rsidRPr="00974AF4">
        <w:rPr>
          <w:rFonts w:eastAsia="Times New Roman"/>
          <w:color w:val="000000"/>
          <w:szCs w:val="24"/>
        </w:rPr>
        <w:t>Not interactive</w:t>
      </w:r>
    </w:p>
    <w:p w14:paraId="5AD3F4F6" w14:textId="77777777" w:rsidR="00974AF4" w:rsidRPr="00974AF4" w:rsidRDefault="00974AF4" w:rsidP="00974AF4">
      <w:pPr>
        <w:pStyle w:val="Style1"/>
        <w:numPr>
          <w:ilvl w:val="0"/>
          <w:numId w:val="18"/>
        </w:numPr>
        <w:rPr>
          <w:rFonts w:eastAsia="Times New Roman"/>
          <w:color w:val="000000"/>
          <w:szCs w:val="24"/>
        </w:rPr>
      </w:pPr>
      <w:r w:rsidRPr="00974AF4">
        <w:rPr>
          <w:rFonts w:eastAsia="Times New Roman"/>
          <w:color w:val="000000"/>
          <w:szCs w:val="24"/>
        </w:rPr>
        <w:t>Time-consuming</w:t>
      </w:r>
    </w:p>
    <w:p w14:paraId="50B0F4B5" w14:textId="4EFC1438" w:rsidR="00034CB1" w:rsidRPr="000C4DEB" w:rsidRDefault="00974AF4" w:rsidP="000C4DEB">
      <w:pPr>
        <w:pStyle w:val="Style1"/>
        <w:numPr>
          <w:ilvl w:val="0"/>
          <w:numId w:val="18"/>
        </w:numPr>
        <w:rPr>
          <w:szCs w:val="24"/>
        </w:rPr>
      </w:pPr>
      <w:r w:rsidRPr="00974AF4">
        <w:rPr>
          <w:rFonts w:eastAsia="Times New Roman"/>
          <w:color w:val="000000"/>
          <w:szCs w:val="24"/>
        </w:rPr>
        <w:t>Difficult to understand</w:t>
      </w:r>
    </w:p>
    <w:p w14:paraId="258A8849" w14:textId="6B154765" w:rsidR="009925C8" w:rsidRPr="009925C8" w:rsidRDefault="002D09AE" w:rsidP="002D09AE">
      <w:pPr>
        <w:pStyle w:val="Style1"/>
        <w:numPr>
          <w:ilvl w:val="0"/>
          <w:numId w:val="16"/>
        </w:numPr>
        <w:rPr>
          <w:szCs w:val="24"/>
        </w:rPr>
      </w:pPr>
      <w:r>
        <w:rPr>
          <w:rFonts w:eastAsia="Times New Roman"/>
          <w:b/>
          <w:bCs/>
          <w:szCs w:val="24"/>
        </w:rPr>
        <w:t>Proposed System</w:t>
      </w:r>
    </w:p>
    <w:p w14:paraId="73B66865" w14:textId="4A9EF596" w:rsidR="00034CB1" w:rsidRPr="00034CB1" w:rsidRDefault="00034CB1" w:rsidP="00034CB1">
      <w:pPr>
        <w:pStyle w:val="Style1"/>
        <w:rPr>
          <w:rFonts w:eastAsia="Times New Roman"/>
          <w:color w:val="000000"/>
          <w:szCs w:val="24"/>
        </w:rPr>
      </w:pPr>
      <w:proofErr w:type="spellStart"/>
      <w:r w:rsidRPr="00034CB1">
        <w:rPr>
          <w:rFonts w:eastAsia="Times New Roman"/>
          <w:color w:val="000000"/>
          <w:szCs w:val="24"/>
        </w:rPr>
        <w:t>MallPath</w:t>
      </w:r>
      <w:proofErr w:type="spellEnd"/>
      <w:r w:rsidRPr="00034CB1">
        <w:rPr>
          <w:rFonts w:eastAsia="Times New Roman"/>
          <w:color w:val="000000"/>
          <w:szCs w:val="24"/>
        </w:rPr>
        <w:t xml:space="preserve"> provides:</w:t>
      </w:r>
    </w:p>
    <w:p w14:paraId="37CFD551" w14:textId="77777777" w:rsidR="00034CB1" w:rsidRPr="00034CB1" w:rsidRDefault="00034CB1" w:rsidP="00034CB1">
      <w:pPr>
        <w:pStyle w:val="Style1"/>
        <w:numPr>
          <w:ilvl w:val="0"/>
          <w:numId w:val="19"/>
        </w:numPr>
        <w:rPr>
          <w:rFonts w:eastAsia="Times New Roman"/>
          <w:color w:val="000000"/>
          <w:szCs w:val="24"/>
        </w:rPr>
      </w:pPr>
      <w:r w:rsidRPr="00034CB1">
        <w:rPr>
          <w:rFonts w:eastAsia="Times New Roman"/>
          <w:color w:val="000000"/>
          <w:szCs w:val="24"/>
        </w:rPr>
        <w:t>Digital interactive maps</w:t>
      </w:r>
    </w:p>
    <w:p w14:paraId="3B374A2F" w14:textId="77777777" w:rsidR="00034CB1" w:rsidRPr="00034CB1" w:rsidRDefault="00034CB1" w:rsidP="00034CB1">
      <w:pPr>
        <w:pStyle w:val="Style1"/>
        <w:numPr>
          <w:ilvl w:val="0"/>
          <w:numId w:val="20"/>
        </w:numPr>
        <w:rPr>
          <w:rFonts w:eastAsia="Times New Roman"/>
          <w:color w:val="000000"/>
          <w:szCs w:val="24"/>
        </w:rPr>
      </w:pPr>
      <w:r w:rsidRPr="00034CB1">
        <w:rPr>
          <w:rFonts w:eastAsia="Times New Roman"/>
          <w:color w:val="000000"/>
          <w:szCs w:val="24"/>
        </w:rPr>
        <w:t>Floor-wise navigation</w:t>
      </w:r>
    </w:p>
    <w:p w14:paraId="5325CB09" w14:textId="77777777" w:rsidR="00034CB1" w:rsidRPr="00034CB1" w:rsidRDefault="00034CB1" w:rsidP="00034CB1">
      <w:pPr>
        <w:pStyle w:val="Style1"/>
        <w:numPr>
          <w:ilvl w:val="0"/>
          <w:numId w:val="20"/>
        </w:numPr>
        <w:rPr>
          <w:rFonts w:eastAsia="Times New Roman"/>
          <w:color w:val="000000"/>
          <w:szCs w:val="24"/>
        </w:rPr>
      </w:pPr>
      <w:r w:rsidRPr="00034CB1">
        <w:rPr>
          <w:rFonts w:eastAsia="Times New Roman"/>
          <w:color w:val="000000"/>
          <w:szCs w:val="24"/>
        </w:rPr>
        <w:t>Shortest path calculation</w:t>
      </w:r>
    </w:p>
    <w:p w14:paraId="6D83AB17" w14:textId="4F002201" w:rsidR="005522ED" w:rsidRDefault="00034CB1" w:rsidP="005522ED">
      <w:pPr>
        <w:pStyle w:val="Style1"/>
        <w:numPr>
          <w:ilvl w:val="0"/>
          <w:numId w:val="20"/>
        </w:numPr>
        <w:rPr>
          <w:szCs w:val="24"/>
        </w:rPr>
      </w:pPr>
      <w:r w:rsidRPr="00034CB1">
        <w:rPr>
          <w:rFonts w:eastAsia="Times New Roman"/>
          <w:color w:val="000000"/>
          <w:szCs w:val="24"/>
        </w:rPr>
        <w:t>Shop search functionality</w:t>
      </w:r>
    </w:p>
    <w:p w14:paraId="5E9A252D" w14:textId="4EBC92B0" w:rsidR="005522ED" w:rsidRPr="00994057" w:rsidRDefault="005522ED" w:rsidP="00994057">
      <w:pPr>
        <w:pStyle w:val="Style1"/>
        <w:rPr>
          <w:b/>
          <w:bCs/>
          <w:szCs w:val="24"/>
        </w:rPr>
      </w:pPr>
      <w:r w:rsidRPr="00994057">
        <w:rPr>
          <w:b/>
          <w:bCs/>
          <w:szCs w:val="24"/>
        </w:rPr>
        <w:t>C.</w:t>
      </w:r>
      <w:r w:rsidR="00994057">
        <w:rPr>
          <w:b/>
          <w:bCs/>
          <w:szCs w:val="24"/>
        </w:rPr>
        <w:t xml:space="preserve"> </w:t>
      </w:r>
      <w:r w:rsidRPr="00994057">
        <w:rPr>
          <w:b/>
          <w:bCs/>
          <w:szCs w:val="24"/>
        </w:rPr>
        <w:t>F</w:t>
      </w:r>
      <w:r w:rsidR="00994057" w:rsidRPr="00994057">
        <w:rPr>
          <w:b/>
          <w:bCs/>
          <w:szCs w:val="24"/>
        </w:rPr>
        <w:t>easibility Study</w:t>
      </w:r>
    </w:p>
    <w:p w14:paraId="4AE1E997" w14:textId="63C390D8" w:rsidR="003367EA" w:rsidRPr="003367EA" w:rsidRDefault="003367EA" w:rsidP="003367EA">
      <w:pPr>
        <w:pStyle w:val="Style1"/>
        <w:rPr>
          <w:rFonts w:eastAsia="Times New Roman"/>
          <w:b/>
          <w:bCs/>
          <w:color w:val="000000"/>
          <w:szCs w:val="24"/>
        </w:rPr>
      </w:pPr>
      <w:r w:rsidRPr="003367EA">
        <w:rPr>
          <w:rFonts w:eastAsia="Times New Roman"/>
          <w:b/>
          <w:bCs/>
          <w:color w:val="000000"/>
          <w:szCs w:val="24"/>
        </w:rPr>
        <w:t>1. Technical Feasibility</w:t>
      </w:r>
    </w:p>
    <w:p w14:paraId="57CB1BF2" w14:textId="243657EB" w:rsidR="003367EA" w:rsidRPr="003367EA" w:rsidRDefault="00E84D83" w:rsidP="003367EA">
      <w:pPr>
        <w:pStyle w:val="Style1"/>
        <w:rPr>
          <w:rFonts w:eastAsia="Times New Roman"/>
          <w:color w:val="000000"/>
          <w:szCs w:val="24"/>
        </w:rPr>
      </w:pPr>
      <w:r>
        <w:rPr>
          <w:rFonts w:eastAsia="Times New Roman"/>
          <w:color w:val="000000"/>
          <w:szCs w:val="24"/>
        </w:rPr>
        <w:t xml:space="preserve">           </w:t>
      </w:r>
      <w:r w:rsidR="003367EA" w:rsidRPr="003367EA">
        <w:rPr>
          <w:rFonts w:eastAsia="Times New Roman"/>
          <w:color w:val="000000"/>
          <w:szCs w:val="24"/>
        </w:rPr>
        <w:t>Uses simple web technologies and algorithms.</w:t>
      </w:r>
    </w:p>
    <w:p w14:paraId="25FC07CE" w14:textId="77777777" w:rsidR="003367EA" w:rsidRPr="003367EA" w:rsidRDefault="003367EA" w:rsidP="003367EA">
      <w:pPr>
        <w:pStyle w:val="Style1"/>
        <w:rPr>
          <w:rFonts w:eastAsia="Times New Roman"/>
          <w:b/>
          <w:bCs/>
          <w:color w:val="000000"/>
          <w:szCs w:val="24"/>
        </w:rPr>
      </w:pPr>
      <w:r w:rsidRPr="003367EA">
        <w:rPr>
          <w:rFonts w:eastAsia="Times New Roman"/>
          <w:b/>
          <w:bCs/>
          <w:color w:val="000000"/>
          <w:szCs w:val="24"/>
        </w:rPr>
        <w:t>2. Economic Feasibility</w:t>
      </w:r>
    </w:p>
    <w:p w14:paraId="50C42B19" w14:textId="24FBDC98" w:rsidR="003367EA" w:rsidRPr="003367EA" w:rsidRDefault="00E84D83" w:rsidP="003367EA">
      <w:pPr>
        <w:pStyle w:val="Style1"/>
        <w:rPr>
          <w:rFonts w:eastAsia="Times New Roman"/>
          <w:color w:val="000000"/>
          <w:szCs w:val="24"/>
        </w:rPr>
      </w:pPr>
      <w:r>
        <w:rPr>
          <w:rFonts w:eastAsia="Times New Roman"/>
          <w:color w:val="000000"/>
          <w:szCs w:val="24"/>
        </w:rPr>
        <w:t xml:space="preserve"> </w:t>
      </w:r>
      <w:r w:rsidR="003367EA" w:rsidRPr="003367EA">
        <w:rPr>
          <w:rFonts w:eastAsia="Times New Roman"/>
          <w:color w:val="000000"/>
          <w:szCs w:val="24"/>
        </w:rPr>
        <w:t>Low cost compared to beacon-based systems.</w:t>
      </w:r>
    </w:p>
    <w:p w14:paraId="10B63FF1" w14:textId="77777777" w:rsidR="003367EA" w:rsidRPr="003367EA" w:rsidRDefault="003367EA" w:rsidP="003367EA">
      <w:pPr>
        <w:pStyle w:val="Style1"/>
        <w:rPr>
          <w:rFonts w:eastAsia="Times New Roman"/>
          <w:b/>
          <w:bCs/>
          <w:color w:val="000000"/>
          <w:szCs w:val="24"/>
        </w:rPr>
      </w:pPr>
      <w:r w:rsidRPr="003367EA">
        <w:rPr>
          <w:rFonts w:eastAsia="Times New Roman"/>
          <w:b/>
          <w:bCs/>
          <w:color w:val="000000"/>
          <w:szCs w:val="24"/>
        </w:rPr>
        <w:t>3. Operational Feasibility</w:t>
      </w:r>
    </w:p>
    <w:p w14:paraId="513BFA03" w14:textId="60759830" w:rsidR="009925C8" w:rsidRPr="00EA00F8" w:rsidRDefault="00E84D83" w:rsidP="00EA00F8">
      <w:pPr>
        <w:pStyle w:val="Style1"/>
        <w:rPr>
          <w:szCs w:val="24"/>
        </w:rPr>
      </w:pPr>
      <w:r>
        <w:rPr>
          <w:rFonts w:eastAsia="Times New Roman"/>
          <w:color w:val="000000"/>
          <w:szCs w:val="24"/>
        </w:rPr>
        <w:t xml:space="preserve"> </w:t>
      </w:r>
      <w:r w:rsidR="003367EA" w:rsidRPr="003367EA">
        <w:rPr>
          <w:rFonts w:eastAsia="Times New Roman"/>
          <w:color w:val="000000"/>
          <w:szCs w:val="24"/>
        </w:rPr>
        <w:t>Easy to use for all users.</w:t>
      </w:r>
    </w:p>
    <w:p w14:paraId="01EF2DE1" w14:textId="1BF13976" w:rsidR="000E1112" w:rsidRPr="00B553E7" w:rsidRDefault="00961CD3" w:rsidP="009925C8">
      <w:pPr>
        <w:pStyle w:val="Style2"/>
      </w:pPr>
      <w:r w:rsidRPr="00B553E7">
        <w:t>V.</w:t>
      </w:r>
      <w:r w:rsidR="00557F67">
        <w:t xml:space="preserve"> SYSTEM DESIGN</w:t>
      </w:r>
    </w:p>
    <w:p w14:paraId="4FBFC3D7" w14:textId="00ECA316" w:rsidR="000E1112" w:rsidRDefault="00961CD3" w:rsidP="0022240F">
      <w:pPr>
        <w:ind w:left="-284" w:right="-151"/>
        <w:jc w:val="both"/>
        <w:rPr>
          <w:rFonts w:cs="Times New Roman"/>
          <w:b/>
          <w:bCs/>
          <w:lang w:val="en-IN"/>
        </w:rPr>
      </w:pPr>
      <w:r w:rsidRPr="00B553E7">
        <w:rPr>
          <w:rFonts w:cs="Times New Roman"/>
        </w:rPr>
        <w:br/>
      </w:r>
      <w:r w:rsidR="00C002A8" w:rsidRPr="00C002A8">
        <w:rPr>
          <w:rFonts w:cs="Times New Roman"/>
          <w:b/>
          <w:bCs/>
          <w:lang w:val="en-IN"/>
        </w:rPr>
        <w:t>A. Architecture</w:t>
      </w:r>
    </w:p>
    <w:p w14:paraId="08D4B68E" w14:textId="394C9863" w:rsidR="00C002A8" w:rsidRDefault="00364ED9" w:rsidP="0022240F">
      <w:pPr>
        <w:ind w:left="-284" w:right="-151"/>
        <w:jc w:val="both"/>
        <w:rPr>
          <w:rFonts w:cs="Times New Roman"/>
          <w:lang w:val="en-IN"/>
        </w:rPr>
      </w:pPr>
      <w:r>
        <w:rPr>
          <w:rFonts w:cs="Times New Roman"/>
          <w:b/>
          <w:bCs/>
          <w:lang w:val="en-IN"/>
        </w:rPr>
        <w:t xml:space="preserve">     </w:t>
      </w:r>
      <w:r w:rsidR="00B57DB7">
        <w:rPr>
          <w:rFonts w:cs="Times New Roman"/>
          <w:b/>
          <w:bCs/>
          <w:lang w:val="en-IN"/>
        </w:rPr>
        <w:t xml:space="preserve">     </w:t>
      </w:r>
      <w:r>
        <w:rPr>
          <w:rFonts w:cs="Times New Roman"/>
          <w:b/>
          <w:bCs/>
          <w:lang w:val="en-IN"/>
        </w:rPr>
        <w:t xml:space="preserve"> </w:t>
      </w:r>
      <w:r w:rsidRPr="00B57DB7">
        <w:rPr>
          <w:rFonts w:cs="Times New Roman"/>
          <w:lang w:val="en-IN"/>
        </w:rPr>
        <w:t>The system consists of the following modules:</w:t>
      </w:r>
    </w:p>
    <w:p w14:paraId="04A148F6" w14:textId="77777777" w:rsidR="00BF4F59" w:rsidRDefault="00BF4F59" w:rsidP="0022240F">
      <w:pPr>
        <w:ind w:left="-284" w:right="-151"/>
        <w:jc w:val="both"/>
        <w:rPr>
          <w:rFonts w:cs="Times New Roman"/>
          <w:lang w:val="en-IN"/>
        </w:rPr>
      </w:pPr>
    </w:p>
    <w:p w14:paraId="774173E9" w14:textId="16553CEA" w:rsidR="00076103" w:rsidRPr="00715633" w:rsidRDefault="00076103" w:rsidP="00BF4F59">
      <w:pPr>
        <w:pStyle w:val="ListParagraph"/>
        <w:numPr>
          <w:ilvl w:val="0"/>
          <w:numId w:val="21"/>
        </w:numPr>
        <w:spacing w:line="480" w:lineRule="auto"/>
        <w:ind w:right="-151"/>
        <w:jc w:val="both"/>
        <w:rPr>
          <w:rFonts w:cs="Times New Roman"/>
        </w:rPr>
      </w:pPr>
      <w:r w:rsidRPr="00715633">
        <w:rPr>
          <w:rFonts w:cs="Times New Roman"/>
        </w:rPr>
        <w:t xml:space="preserve">User </w:t>
      </w:r>
      <w:r w:rsidR="008F0A8C">
        <w:rPr>
          <w:rFonts w:cs="Times New Roman"/>
        </w:rPr>
        <w:t>In</w:t>
      </w:r>
      <w:r w:rsidR="00EE10E8">
        <w:rPr>
          <w:rFonts w:cs="Times New Roman"/>
        </w:rPr>
        <w:t xml:space="preserve">terface </w:t>
      </w:r>
      <w:r w:rsidRPr="00715633">
        <w:rPr>
          <w:rFonts w:cs="Times New Roman"/>
        </w:rPr>
        <w:t>Module</w:t>
      </w:r>
    </w:p>
    <w:p w14:paraId="2508AA95" w14:textId="77777777" w:rsidR="00076103" w:rsidRPr="00715633" w:rsidRDefault="00076103" w:rsidP="00BF4F59">
      <w:pPr>
        <w:pStyle w:val="ListParagraph"/>
        <w:numPr>
          <w:ilvl w:val="0"/>
          <w:numId w:val="21"/>
        </w:numPr>
        <w:spacing w:line="480" w:lineRule="auto"/>
        <w:ind w:right="-151"/>
        <w:jc w:val="both"/>
        <w:rPr>
          <w:rFonts w:cs="Times New Roman"/>
        </w:rPr>
      </w:pPr>
      <w:r w:rsidRPr="00715633">
        <w:rPr>
          <w:rFonts w:cs="Times New Roman"/>
        </w:rPr>
        <w:t>Admin Module</w:t>
      </w:r>
    </w:p>
    <w:p w14:paraId="5884D032" w14:textId="77777777" w:rsidR="00076103" w:rsidRPr="00715633" w:rsidRDefault="00076103" w:rsidP="00BF4F59">
      <w:pPr>
        <w:pStyle w:val="ListParagraph"/>
        <w:numPr>
          <w:ilvl w:val="0"/>
          <w:numId w:val="21"/>
        </w:numPr>
        <w:spacing w:line="480" w:lineRule="auto"/>
        <w:ind w:right="-151"/>
        <w:jc w:val="both"/>
        <w:rPr>
          <w:rFonts w:cs="Times New Roman"/>
        </w:rPr>
      </w:pPr>
      <w:r w:rsidRPr="00715633">
        <w:rPr>
          <w:rFonts w:cs="Times New Roman"/>
        </w:rPr>
        <w:t>Navigation Module</w:t>
      </w:r>
    </w:p>
    <w:p w14:paraId="7F9BB842" w14:textId="7A340599" w:rsidR="001B7105" w:rsidRDefault="00076103" w:rsidP="00BF4F59">
      <w:pPr>
        <w:pStyle w:val="ListParagraph"/>
        <w:numPr>
          <w:ilvl w:val="0"/>
          <w:numId w:val="21"/>
        </w:numPr>
        <w:spacing w:line="480" w:lineRule="auto"/>
        <w:ind w:right="-151"/>
        <w:jc w:val="both"/>
        <w:rPr>
          <w:rFonts w:cs="Times New Roman"/>
        </w:rPr>
      </w:pPr>
      <w:r w:rsidRPr="00715633">
        <w:rPr>
          <w:rFonts w:cs="Times New Roman"/>
        </w:rPr>
        <w:t>Database Module</w:t>
      </w:r>
    </w:p>
    <w:p w14:paraId="4E03089F" w14:textId="3BFF27FB" w:rsidR="00EE10E8" w:rsidRDefault="00EE10E8" w:rsidP="00BF4F59">
      <w:pPr>
        <w:pStyle w:val="ListParagraph"/>
        <w:numPr>
          <w:ilvl w:val="0"/>
          <w:numId w:val="21"/>
        </w:numPr>
        <w:spacing w:line="480" w:lineRule="auto"/>
        <w:ind w:right="-151"/>
        <w:jc w:val="both"/>
        <w:rPr>
          <w:rFonts w:cs="Times New Roman"/>
        </w:rPr>
      </w:pPr>
      <w:r>
        <w:rPr>
          <w:rFonts w:cs="Times New Roman"/>
        </w:rPr>
        <w:t xml:space="preserve">Map Management </w:t>
      </w:r>
      <w:r w:rsidR="00C515F3">
        <w:rPr>
          <w:rFonts w:cs="Times New Roman"/>
        </w:rPr>
        <w:t>Module</w:t>
      </w:r>
    </w:p>
    <w:p w14:paraId="0C140A0A" w14:textId="092E56B8" w:rsidR="00C515F3" w:rsidRDefault="00C515F3" w:rsidP="00BF4F59">
      <w:pPr>
        <w:pStyle w:val="ListParagraph"/>
        <w:numPr>
          <w:ilvl w:val="0"/>
          <w:numId w:val="21"/>
        </w:numPr>
        <w:spacing w:line="480" w:lineRule="auto"/>
        <w:ind w:right="-151"/>
        <w:jc w:val="both"/>
        <w:rPr>
          <w:rFonts w:cs="Times New Roman"/>
        </w:rPr>
      </w:pPr>
      <w:r>
        <w:rPr>
          <w:rFonts w:cs="Times New Roman"/>
        </w:rPr>
        <w:t>Pathfinding Module</w:t>
      </w:r>
    </w:p>
    <w:p w14:paraId="089C285A" w14:textId="09E29506" w:rsidR="00C515F3" w:rsidRDefault="00C515F3" w:rsidP="00BF4F59">
      <w:pPr>
        <w:pStyle w:val="ListParagraph"/>
        <w:numPr>
          <w:ilvl w:val="0"/>
          <w:numId w:val="21"/>
        </w:numPr>
        <w:spacing w:line="480" w:lineRule="auto"/>
        <w:ind w:right="-151"/>
        <w:jc w:val="both"/>
        <w:rPr>
          <w:rFonts w:cs="Times New Roman"/>
        </w:rPr>
      </w:pPr>
      <w:r>
        <w:rPr>
          <w:rFonts w:cs="Times New Roman"/>
        </w:rPr>
        <w:t>Search Module</w:t>
      </w:r>
    </w:p>
    <w:p w14:paraId="790CBAF8" w14:textId="77777777" w:rsidR="00905F9B" w:rsidRDefault="00905F9B" w:rsidP="00BF4F59">
      <w:pPr>
        <w:pStyle w:val="ListParagraph"/>
        <w:spacing w:line="480" w:lineRule="auto"/>
        <w:ind w:left="436" w:right="-151"/>
        <w:jc w:val="both"/>
        <w:rPr>
          <w:rFonts w:cs="Times New Roman"/>
        </w:rPr>
      </w:pPr>
    </w:p>
    <w:p w14:paraId="735D1799" w14:textId="24BFF2EF" w:rsidR="00D21E33" w:rsidRDefault="00F12021" w:rsidP="00BF4F59">
      <w:pPr>
        <w:ind w:left="-284" w:right="-151"/>
        <w:jc w:val="both"/>
        <w:rPr>
          <w:rFonts w:cs="Times New Roman"/>
        </w:rPr>
      </w:pPr>
      <w:r>
        <w:rPr>
          <w:noProof/>
        </w:rPr>
        <w:lastRenderedPageBreak/>
        <w:drawing>
          <wp:inline distT="0" distB="0" distL="0" distR="0" wp14:anchorId="3E477C13" wp14:editId="0EC110B6">
            <wp:extent cx="3103880" cy="2047875"/>
            <wp:effectExtent l="0" t="0" r="1270" b="9525"/>
            <wp:docPr id="12620360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7391" cy="2056789"/>
                    </a:xfrm>
                    <a:prstGeom prst="rect">
                      <a:avLst/>
                    </a:prstGeom>
                    <a:noFill/>
                    <a:ln>
                      <a:noFill/>
                    </a:ln>
                  </pic:spPr>
                </pic:pic>
              </a:graphicData>
            </a:graphic>
          </wp:inline>
        </w:drawing>
      </w:r>
    </w:p>
    <w:p w14:paraId="3A8F56B4" w14:textId="2321CB62" w:rsidR="00D21E33" w:rsidRPr="00B727D6" w:rsidRDefault="00B727D6" w:rsidP="00B727D6">
      <w:pPr>
        <w:ind w:right="-151"/>
        <w:jc w:val="both"/>
        <w:rPr>
          <w:rFonts w:cs="Times New Roman"/>
          <w:b/>
          <w:bCs/>
        </w:rPr>
      </w:pPr>
      <w:r>
        <w:rPr>
          <w:rFonts w:cs="Times New Roman"/>
          <w:b/>
          <w:bCs/>
        </w:rPr>
        <w:t xml:space="preserve">                      5.1 Architecture</w:t>
      </w:r>
    </w:p>
    <w:p w14:paraId="50B1EBE3" w14:textId="77777777" w:rsidR="00905F9B" w:rsidRDefault="00905F9B" w:rsidP="00905F9B">
      <w:pPr>
        <w:pStyle w:val="ListParagraph"/>
        <w:ind w:left="76" w:right="-151"/>
        <w:jc w:val="both"/>
        <w:rPr>
          <w:rFonts w:cs="Times New Roman"/>
          <w:b/>
          <w:bCs/>
        </w:rPr>
      </w:pPr>
    </w:p>
    <w:p w14:paraId="76491503" w14:textId="45FFAAB7" w:rsidR="00905F9B" w:rsidRPr="00A449CE" w:rsidRDefault="000B26E4" w:rsidP="00905F9B">
      <w:pPr>
        <w:pStyle w:val="ListParagraph"/>
        <w:numPr>
          <w:ilvl w:val="0"/>
          <w:numId w:val="22"/>
        </w:numPr>
        <w:ind w:right="-151"/>
        <w:jc w:val="both"/>
        <w:rPr>
          <w:rFonts w:cs="Times New Roman"/>
          <w:b/>
          <w:bCs/>
        </w:rPr>
      </w:pPr>
      <w:r w:rsidRPr="000B26E4">
        <w:rPr>
          <w:rFonts w:cs="Times New Roman"/>
          <w:b/>
          <w:bCs/>
        </w:rPr>
        <w:t>Process Flow Architecture</w:t>
      </w:r>
    </w:p>
    <w:p w14:paraId="4B658A3E" w14:textId="6A88B0D3" w:rsidR="00042C01" w:rsidRPr="00042C01" w:rsidRDefault="00042C01" w:rsidP="00042C01">
      <w:pPr>
        <w:ind w:left="-284" w:right="-151"/>
        <w:jc w:val="both"/>
        <w:rPr>
          <w:rFonts w:cs="Times New Roman"/>
          <w:b/>
          <w:bCs/>
        </w:rPr>
      </w:pPr>
      <w:r w:rsidRPr="00E576FD">
        <w:rPr>
          <w:noProof/>
          <w:sz w:val="28"/>
        </w:rPr>
        <w:drawing>
          <wp:inline distT="0" distB="0" distL="0" distR="0" wp14:anchorId="18F47648" wp14:editId="0C0D05CE">
            <wp:extent cx="3103880" cy="2305050"/>
            <wp:effectExtent l="0" t="0" r="1270" b="0"/>
            <wp:docPr id="95697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71597" name=""/>
                    <pic:cNvPicPr/>
                  </pic:nvPicPr>
                  <pic:blipFill>
                    <a:blip r:embed="rId12"/>
                    <a:stretch>
                      <a:fillRect/>
                    </a:stretch>
                  </pic:blipFill>
                  <pic:spPr>
                    <a:xfrm>
                      <a:off x="0" y="0"/>
                      <a:ext cx="3103996" cy="2305136"/>
                    </a:xfrm>
                    <a:prstGeom prst="rect">
                      <a:avLst/>
                    </a:prstGeom>
                  </pic:spPr>
                </pic:pic>
              </a:graphicData>
            </a:graphic>
          </wp:inline>
        </w:drawing>
      </w:r>
    </w:p>
    <w:p w14:paraId="129B51DE" w14:textId="0FA65164" w:rsidR="00931A90" w:rsidRDefault="00A449CE" w:rsidP="001041DF">
      <w:pPr>
        <w:ind w:right="-151"/>
        <w:jc w:val="both"/>
        <w:rPr>
          <w:rFonts w:cs="Times New Roman"/>
          <w:b/>
          <w:bCs/>
        </w:rPr>
      </w:pPr>
      <w:r>
        <w:rPr>
          <w:rFonts w:cs="Times New Roman"/>
          <w:b/>
          <w:bCs/>
        </w:rPr>
        <w:t xml:space="preserve">           </w:t>
      </w:r>
      <w:r w:rsidR="003335D0" w:rsidRPr="003335D0">
        <w:rPr>
          <w:rFonts w:cs="Times New Roman"/>
          <w:b/>
          <w:bCs/>
        </w:rPr>
        <w:t>5.2 Process Flow Architectur</w:t>
      </w:r>
      <w:r w:rsidR="00931A90">
        <w:rPr>
          <w:rFonts w:cs="Times New Roman"/>
          <w:b/>
          <w:bCs/>
        </w:rPr>
        <w:t>e</w:t>
      </w:r>
    </w:p>
    <w:p w14:paraId="012B5FE6" w14:textId="77777777" w:rsidR="00D87F3A" w:rsidRDefault="00D87F3A" w:rsidP="001041DF">
      <w:pPr>
        <w:ind w:right="-151"/>
        <w:jc w:val="both"/>
        <w:rPr>
          <w:rFonts w:cs="Times New Roman"/>
          <w:b/>
          <w:bCs/>
        </w:rPr>
      </w:pPr>
    </w:p>
    <w:p w14:paraId="21C04398" w14:textId="417BBC61" w:rsidR="0009444C" w:rsidRDefault="00260DA4" w:rsidP="006204E3">
      <w:pPr>
        <w:ind w:left="-284" w:right="-151"/>
        <w:jc w:val="both"/>
        <w:rPr>
          <w:rFonts w:cs="Times New Roman"/>
          <w:b/>
          <w:bCs/>
        </w:rPr>
      </w:pPr>
      <w:r>
        <w:rPr>
          <w:rFonts w:cs="Times New Roman"/>
          <w:b/>
          <w:bCs/>
        </w:rPr>
        <w:t>C. Input Design</w:t>
      </w:r>
    </w:p>
    <w:p w14:paraId="3FF69E4A" w14:textId="0463CEEC" w:rsidR="007979CF" w:rsidRPr="007979CF" w:rsidRDefault="006204E3" w:rsidP="007979CF">
      <w:pPr>
        <w:ind w:right="-151"/>
        <w:jc w:val="both"/>
        <w:rPr>
          <w:rFonts w:cs="Times New Roman"/>
        </w:rPr>
      </w:pPr>
      <w:r>
        <w:rPr>
          <w:rFonts w:cs="Times New Roman"/>
        </w:rPr>
        <w:t xml:space="preserve"> </w:t>
      </w:r>
      <w:r w:rsidR="007979CF" w:rsidRPr="007979CF">
        <w:rPr>
          <w:rFonts w:cs="Times New Roman"/>
        </w:rPr>
        <w:t>Inputs include:</w:t>
      </w:r>
    </w:p>
    <w:p w14:paraId="73234363" w14:textId="77777777" w:rsidR="007979CF" w:rsidRPr="00C16934" w:rsidRDefault="007979CF" w:rsidP="00C16934">
      <w:pPr>
        <w:pStyle w:val="ListParagraph"/>
        <w:numPr>
          <w:ilvl w:val="0"/>
          <w:numId w:val="23"/>
        </w:numPr>
        <w:ind w:right="-151"/>
        <w:jc w:val="both"/>
        <w:rPr>
          <w:rFonts w:cs="Times New Roman"/>
        </w:rPr>
      </w:pPr>
      <w:r w:rsidRPr="00C16934">
        <w:rPr>
          <w:rFonts w:cs="Times New Roman"/>
        </w:rPr>
        <w:t>Mall selection</w:t>
      </w:r>
    </w:p>
    <w:p w14:paraId="2ADD2A3F" w14:textId="77777777" w:rsidR="007979CF" w:rsidRPr="00C16934" w:rsidRDefault="007979CF" w:rsidP="00C16934">
      <w:pPr>
        <w:pStyle w:val="ListParagraph"/>
        <w:numPr>
          <w:ilvl w:val="0"/>
          <w:numId w:val="23"/>
        </w:numPr>
        <w:ind w:right="-151"/>
        <w:jc w:val="both"/>
        <w:rPr>
          <w:rFonts w:cs="Times New Roman"/>
        </w:rPr>
      </w:pPr>
      <w:r w:rsidRPr="00C16934">
        <w:rPr>
          <w:rFonts w:cs="Times New Roman"/>
        </w:rPr>
        <w:t>Shop name</w:t>
      </w:r>
    </w:p>
    <w:p w14:paraId="3B1A5222" w14:textId="01AA8157" w:rsidR="00260DA4" w:rsidRDefault="007979CF" w:rsidP="00C16934">
      <w:pPr>
        <w:pStyle w:val="ListParagraph"/>
        <w:numPr>
          <w:ilvl w:val="0"/>
          <w:numId w:val="23"/>
        </w:numPr>
        <w:ind w:right="-151"/>
        <w:jc w:val="both"/>
        <w:rPr>
          <w:rFonts w:cs="Times New Roman"/>
        </w:rPr>
      </w:pPr>
      <w:r w:rsidRPr="00C16934">
        <w:rPr>
          <w:rFonts w:cs="Times New Roman"/>
        </w:rPr>
        <w:t>Category</w:t>
      </w:r>
    </w:p>
    <w:p w14:paraId="15096A3C" w14:textId="1CC166CC" w:rsidR="00440770" w:rsidRPr="006F0D57" w:rsidRDefault="0087400E" w:rsidP="00BF4F59">
      <w:pPr>
        <w:ind w:right="-151"/>
        <w:jc w:val="both"/>
        <w:rPr>
          <w:rFonts w:cs="Times New Roman"/>
        </w:rPr>
      </w:pPr>
      <w:r w:rsidRPr="00875A1D">
        <w:rPr>
          <w:noProof/>
        </w:rPr>
        <w:drawing>
          <wp:inline distT="0" distB="0" distL="0" distR="0" wp14:anchorId="7C80C079" wp14:editId="3456DC4A">
            <wp:extent cx="3180713" cy="2219325"/>
            <wp:effectExtent l="0" t="0" r="1270" b="0"/>
            <wp:docPr id="95143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39305" name=""/>
                    <pic:cNvPicPr/>
                  </pic:nvPicPr>
                  <pic:blipFill>
                    <a:blip r:embed="rId13"/>
                    <a:stretch>
                      <a:fillRect/>
                    </a:stretch>
                  </pic:blipFill>
                  <pic:spPr>
                    <a:xfrm>
                      <a:off x="0" y="0"/>
                      <a:ext cx="3202923" cy="2234822"/>
                    </a:xfrm>
                    <a:prstGeom prst="rect">
                      <a:avLst/>
                    </a:prstGeom>
                  </pic:spPr>
                </pic:pic>
              </a:graphicData>
            </a:graphic>
          </wp:inline>
        </w:drawing>
      </w:r>
    </w:p>
    <w:p w14:paraId="3843B1D6" w14:textId="38CA443D" w:rsidR="00440770" w:rsidRDefault="006F0D57" w:rsidP="00440770">
      <w:pPr>
        <w:pStyle w:val="ListParagraph"/>
        <w:ind w:right="-151"/>
        <w:jc w:val="both"/>
        <w:rPr>
          <w:rFonts w:cs="Times New Roman"/>
          <w:b/>
          <w:bCs/>
        </w:rPr>
      </w:pPr>
      <w:r>
        <w:rPr>
          <w:rFonts w:cs="Times New Roman"/>
          <w:b/>
          <w:bCs/>
        </w:rPr>
        <w:t xml:space="preserve">      </w:t>
      </w:r>
      <w:r w:rsidR="00A449CE">
        <w:rPr>
          <w:rFonts w:cs="Times New Roman"/>
          <w:b/>
          <w:bCs/>
        </w:rPr>
        <w:t xml:space="preserve">      </w:t>
      </w:r>
      <w:r>
        <w:rPr>
          <w:rFonts w:cs="Times New Roman"/>
          <w:b/>
          <w:bCs/>
        </w:rPr>
        <w:t xml:space="preserve">  </w:t>
      </w:r>
      <w:r w:rsidRPr="006F0D57">
        <w:rPr>
          <w:rFonts w:cs="Times New Roman"/>
          <w:b/>
          <w:bCs/>
        </w:rPr>
        <w:t>5.3 Input Design</w:t>
      </w:r>
    </w:p>
    <w:p w14:paraId="577E6DC7" w14:textId="478FAFBA" w:rsidR="00646EF8" w:rsidRDefault="001925EC" w:rsidP="001925EC">
      <w:pPr>
        <w:ind w:right="-151"/>
        <w:jc w:val="both"/>
        <w:rPr>
          <w:rFonts w:cs="Times New Roman"/>
          <w:b/>
          <w:bCs/>
        </w:rPr>
      </w:pPr>
      <w:r w:rsidRPr="00D50AA3">
        <w:rPr>
          <w:noProof/>
        </w:rPr>
        <w:drawing>
          <wp:inline distT="0" distB="0" distL="0" distR="0" wp14:anchorId="5807DC30" wp14:editId="0D9DF467">
            <wp:extent cx="3344545" cy="2095500"/>
            <wp:effectExtent l="0" t="0" r="8255" b="0"/>
            <wp:docPr id="211209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7088" name=""/>
                    <pic:cNvPicPr/>
                  </pic:nvPicPr>
                  <pic:blipFill>
                    <a:blip r:embed="rId14"/>
                    <a:stretch>
                      <a:fillRect/>
                    </a:stretch>
                  </pic:blipFill>
                  <pic:spPr>
                    <a:xfrm>
                      <a:off x="0" y="0"/>
                      <a:ext cx="3346882" cy="2096964"/>
                    </a:xfrm>
                    <a:prstGeom prst="rect">
                      <a:avLst/>
                    </a:prstGeom>
                  </pic:spPr>
                </pic:pic>
              </a:graphicData>
            </a:graphic>
          </wp:inline>
        </w:drawing>
      </w:r>
    </w:p>
    <w:p w14:paraId="2CBDE5EE" w14:textId="29C66CF8" w:rsidR="00FF4909" w:rsidRDefault="003F132F" w:rsidP="001925EC">
      <w:pPr>
        <w:ind w:right="-151"/>
        <w:jc w:val="both"/>
        <w:rPr>
          <w:rFonts w:cs="Times New Roman"/>
          <w:b/>
          <w:bCs/>
        </w:rPr>
      </w:pPr>
      <w:r>
        <w:rPr>
          <w:rFonts w:cs="Times New Roman"/>
          <w:b/>
          <w:bCs/>
        </w:rPr>
        <w:t xml:space="preserve">                            5.4 Input Des</w:t>
      </w:r>
      <w:r w:rsidR="00053083">
        <w:rPr>
          <w:rFonts w:cs="Times New Roman"/>
          <w:b/>
          <w:bCs/>
        </w:rPr>
        <w:t>ign</w:t>
      </w:r>
    </w:p>
    <w:p w14:paraId="2F05861F" w14:textId="77777777" w:rsidR="00D87F3A" w:rsidRDefault="00D87F3A" w:rsidP="001925EC">
      <w:pPr>
        <w:ind w:right="-151"/>
        <w:jc w:val="both"/>
        <w:rPr>
          <w:rFonts w:cs="Times New Roman"/>
          <w:b/>
          <w:bCs/>
        </w:rPr>
      </w:pPr>
    </w:p>
    <w:p w14:paraId="57D3EE8B" w14:textId="0912F085" w:rsidR="00077146" w:rsidRDefault="00077146" w:rsidP="00FF4909">
      <w:pPr>
        <w:ind w:left="-284" w:right="-151"/>
        <w:jc w:val="both"/>
        <w:rPr>
          <w:rFonts w:cs="Times New Roman"/>
          <w:b/>
          <w:bCs/>
        </w:rPr>
      </w:pPr>
      <w:r>
        <w:rPr>
          <w:rFonts w:cs="Times New Roman"/>
          <w:b/>
          <w:bCs/>
        </w:rPr>
        <w:t>D. Output Design</w:t>
      </w:r>
    </w:p>
    <w:p w14:paraId="24103804" w14:textId="77777777" w:rsidR="00571AAB" w:rsidRPr="00571AAB" w:rsidRDefault="00571AAB" w:rsidP="00FF4909">
      <w:pPr>
        <w:ind w:left="-284" w:right="-151"/>
        <w:jc w:val="both"/>
        <w:rPr>
          <w:rFonts w:cs="Times New Roman"/>
        </w:rPr>
      </w:pPr>
      <w:r w:rsidRPr="00571AAB">
        <w:rPr>
          <w:rFonts w:cs="Times New Roman"/>
        </w:rPr>
        <w:t>Outputs include:</w:t>
      </w:r>
    </w:p>
    <w:p w14:paraId="1D41BCC2" w14:textId="77777777" w:rsidR="00571AAB" w:rsidRPr="00571AAB" w:rsidRDefault="00571AAB" w:rsidP="00FF4909">
      <w:pPr>
        <w:pStyle w:val="ListParagraph"/>
        <w:numPr>
          <w:ilvl w:val="0"/>
          <w:numId w:val="24"/>
        </w:numPr>
        <w:ind w:left="-284" w:right="-151" w:firstLine="284"/>
        <w:jc w:val="both"/>
        <w:rPr>
          <w:rFonts w:cs="Times New Roman"/>
        </w:rPr>
      </w:pPr>
      <w:r w:rsidRPr="00571AAB">
        <w:rPr>
          <w:rFonts w:cs="Times New Roman"/>
        </w:rPr>
        <w:t>Navigation path</w:t>
      </w:r>
    </w:p>
    <w:p w14:paraId="7DF32701" w14:textId="77777777" w:rsidR="00571AAB" w:rsidRPr="00571AAB" w:rsidRDefault="00571AAB" w:rsidP="00FF4909">
      <w:pPr>
        <w:pStyle w:val="ListParagraph"/>
        <w:numPr>
          <w:ilvl w:val="0"/>
          <w:numId w:val="24"/>
        </w:numPr>
        <w:ind w:left="-284" w:right="-151" w:firstLine="284"/>
        <w:jc w:val="both"/>
        <w:rPr>
          <w:rFonts w:cs="Times New Roman"/>
        </w:rPr>
      </w:pPr>
      <w:r w:rsidRPr="00571AAB">
        <w:rPr>
          <w:rFonts w:cs="Times New Roman"/>
        </w:rPr>
        <w:t>Floor details</w:t>
      </w:r>
    </w:p>
    <w:p w14:paraId="7A44BB8B" w14:textId="742C4AF8" w:rsidR="00077146" w:rsidRDefault="00571AAB" w:rsidP="00FF4909">
      <w:pPr>
        <w:pStyle w:val="ListParagraph"/>
        <w:numPr>
          <w:ilvl w:val="0"/>
          <w:numId w:val="24"/>
        </w:numPr>
        <w:ind w:left="-284" w:right="-151" w:firstLine="284"/>
        <w:jc w:val="both"/>
        <w:rPr>
          <w:rFonts w:cs="Times New Roman"/>
        </w:rPr>
      </w:pPr>
      <w:r w:rsidRPr="00571AAB">
        <w:rPr>
          <w:rFonts w:cs="Times New Roman"/>
        </w:rPr>
        <w:t>Shop location</w:t>
      </w:r>
    </w:p>
    <w:p w14:paraId="1E223F62" w14:textId="78DF4CD9" w:rsidR="00571AAB" w:rsidRDefault="0087400E" w:rsidP="00FF4909">
      <w:pPr>
        <w:ind w:right="206" w:hanging="284"/>
        <w:jc w:val="both"/>
        <w:rPr>
          <w:rFonts w:cs="Times New Roman"/>
        </w:rPr>
      </w:pPr>
      <w:r w:rsidRPr="007F4853">
        <w:rPr>
          <w:noProof/>
        </w:rPr>
        <w:lastRenderedPageBreak/>
        <w:drawing>
          <wp:inline distT="0" distB="0" distL="0" distR="0" wp14:anchorId="29941D84" wp14:editId="3B84235D">
            <wp:extent cx="3038475" cy="2400300"/>
            <wp:effectExtent l="0" t="0" r="9525" b="0"/>
            <wp:docPr id="23211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32585" name=""/>
                    <pic:cNvPicPr/>
                  </pic:nvPicPr>
                  <pic:blipFill>
                    <a:blip r:embed="rId15"/>
                    <a:stretch>
                      <a:fillRect/>
                    </a:stretch>
                  </pic:blipFill>
                  <pic:spPr>
                    <a:xfrm>
                      <a:off x="0" y="0"/>
                      <a:ext cx="3039108" cy="2400800"/>
                    </a:xfrm>
                    <a:prstGeom prst="rect">
                      <a:avLst/>
                    </a:prstGeom>
                  </pic:spPr>
                </pic:pic>
              </a:graphicData>
            </a:graphic>
          </wp:inline>
        </w:drawing>
      </w:r>
    </w:p>
    <w:p w14:paraId="6EA8F1B9" w14:textId="5C40217D" w:rsidR="00D87F3A" w:rsidRPr="005E4EF4" w:rsidRDefault="005E4EF4" w:rsidP="00571AAB">
      <w:pPr>
        <w:ind w:right="-151"/>
        <w:jc w:val="both"/>
        <w:rPr>
          <w:rFonts w:cs="Times New Roman"/>
          <w:b/>
          <w:bCs/>
        </w:rPr>
      </w:pPr>
      <w:r w:rsidRPr="005E4EF4">
        <w:rPr>
          <w:rFonts w:cs="Times New Roman"/>
          <w:b/>
          <w:bCs/>
        </w:rPr>
        <w:t xml:space="preserve">   </w:t>
      </w:r>
      <w:r>
        <w:rPr>
          <w:rFonts w:cs="Times New Roman"/>
          <w:b/>
          <w:bCs/>
        </w:rPr>
        <w:t xml:space="preserve">                   </w:t>
      </w:r>
      <w:r w:rsidRPr="005E4EF4">
        <w:rPr>
          <w:rFonts w:cs="Times New Roman"/>
          <w:b/>
          <w:bCs/>
        </w:rPr>
        <w:t>5.</w:t>
      </w:r>
      <w:r w:rsidR="00A449CE">
        <w:rPr>
          <w:rFonts w:cs="Times New Roman"/>
          <w:b/>
          <w:bCs/>
        </w:rPr>
        <w:t>5</w:t>
      </w:r>
      <w:r w:rsidRPr="005E4EF4">
        <w:rPr>
          <w:rFonts w:cs="Times New Roman"/>
          <w:b/>
          <w:bCs/>
        </w:rPr>
        <w:t xml:space="preserve"> Output Design</w:t>
      </w:r>
    </w:p>
    <w:p w14:paraId="331A1334" w14:textId="624E49A1" w:rsidR="009A11D4" w:rsidRPr="009A11D4" w:rsidRDefault="00961CD3" w:rsidP="00973FBD">
      <w:pPr>
        <w:pStyle w:val="Heading1"/>
        <w:spacing w:line="480" w:lineRule="auto"/>
        <w:ind w:right="-151"/>
        <w:jc w:val="both"/>
        <w:rPr>
          <w:rFonts w:ascii="Times New Roman" w:hAnsi="Times New Roman" w:cs="Times New Roman"/>
        </w:rPr>
      </w:pPr>
      <w:r w:rsidRPr="00B553E7">
        <w:rPr>
          <w:rFonts w:ascii="Times New Roman" w:hAnsi="Times New Roman" w:cs="Times New Roman"/>
        </w:rPr>
        <w:t>V</w:t>
      </w:r>
      <w:r w:rsidR="009925C8">
        <w:rPr>
          <w:rFonts w:ascii="Times New Roman" w:hAnsi="Times New Roman" w:cs="Times New Roman"/>
        </w:rPr>
        <w:t>I</w:t>
      </w:r>
      <w:r w:rsidRPr="00B553E7">
        <w:rPr>
          <w:rFonts w:ascii="Times New Roman" w:hAnsi="Times New Roman" w:cs="Times New Roman"/>
        </w:rPr>
        <w:t xml:space="preserve">. </w:t>
      </w:r>
      <w:r w:rsidR="004805E8">
        <w:rPr>
          <w:rFonts w:ascii="Times New Roman" w:hAnsi="Times New Roman" w:cs="Times New Roman"/>
        </w:rPr>
        <w:t>METH</w:t>
      </w:r>
      <w:r w:rsidR="00506BDB">
        <w:rPr>
          <w:rFonts w:ascii="Times New Roman" w:hAnsi="Times New Roman" w:cs="Times New Roman"/>
        </w:rPr>
        <w:t>ODOLOGY</w:t>
      </w:r>
    </w:p>
    <w:p w14:paraId="0B4811FA" w14:textId="4809A2E2" w:rsidR="00F47071" w:rsidRDefault="009A11D4" w:rsidP="00CE3B12">
      <w:r>
        <w:t xml:space="preserve">   </w:t>
      </w:r>
      <w:r w:rsidR="000F16F4">
        <w:t xml:space="preserve">    </w:t>
      </w:r>
      <w:r w:rsidR="000639CE">
        <w:t xml:space="preserve">The system follows </w:t>
      </w:r>
      <w:r>
        <w:t>a structured methodology</w:t>
      </w:r>
    </w:p>
    <w:p w14:paraId="5A08305B" w14:textId="4EF44000" w:rsidR="00CE3B12" w:rsidRPr="00F47071" w:rsidRDefault="00CE3B12" w:rsidP="00CE3B12">
      <w:pPr>
        <w:rPr>
          <w:b/>
          <w:bCs/>
        </w:rPr>
      </w:pPr>
      <w:r w:rsidRPr="00F47071">
        <w:rPr>
          <w:b/>
          <w:bCs/>
        </w:rPr>
        <w:t>A. Data Collection</w:t>
      </w:r>
    </w:p>
    <w:p w14:paraId="22D2C2A3" w14:textId="4C37BD05" w:rsidR="00973FBD" w:rsidRDefault="00F47071" w:rsidP="00CE3B12">
      <w:r>
        <w:t xml:space="preserve"> Mall data including shops and layouts are collected.</w:t>
      </w:r>
    </w:p>
    <w:p w14:paraId="0A319515" w14:textId="77777777" w:rsidR="00CE3B12" w:rsidRPr="00F47071" w:rsidRDefault="00CE3B12" w:rsidP="00930395">
      <w:pPr>
        <w:rPr>
          <w:b/>
          <w:bCs/>
        </w:rPr>
      </w:pPr>
      <w:r w:rsidRPr="00F47071">
        <w:rPr>
          <w:b/>
          <w:bCs/>
        </w:rPr>
        <w:t>B. Preprocessing</w:t>
      </w:r>
    </w:p>
    <w:p w14:paraId="2B30FA1B" w14:textId="77777777" w:rsidR="00CE3B12" w:rsidRDefault="00CE3B12" w:rsidP="00930395">
      <w:r>
        <w:t>Data is organized floor-wise.</w:t>
      </w:r>
    </w:p>
    <w:p w14:paraId="10F7AF7C" w14:textId="77777777" w:rsidR="00CE3B12" w:rsidRPr="00930395" w:rsidRDefault="00CE3B12" w:rsidP="00930395">
      <w:pPr>
        <w:rPr>
          <w:b/>
          <w:bCs/>
        </w:rPr>
      </w:pPr>
      <w:r w:rsidRPr="00930395">
        <w:rPr>
          <w:b/>
          <w:bCs/>
        </w:rPr>
        <w:t>C. Pathfinding Algorithm</w:t>
      </w:r>
    </w:p>
    <w:p w14:paraId="0913DB14" w14:textId="77777777" w:rsidR="00CE3B12" w:rsidRDefault="00CE3B12" w:rsidP="00610C15">
      <w:r>
        <w:t>Shortest path is calculated using algorithms like:</w:t>
      </w:r>
    </w:p>
    <w:p w14:paraId="59C83620" w14:textId="77777777" w:rsidR="00CE3B12" w:rsidRDefault="00CE3B12" w:rsidP="00610C15">
      <w:pPr>
        <w:pStyle w:val="ListParagraph"/>
        <w:numPr>
          <w:ilvl w:val="0"/>
          <w:numId w:val="25"/>
        </w:numPr>
      </w:pPr>
      <w:r>
        <w:t>Dijkstra</w:t>
      </w:r>
    </w:p>
    <w:p w14:paraId="70D15BBD" w14:textId="77777777" w:rsidR="00CE3B12" w:rsidRDefault="00CE3B12" w:rsidP="00610C15">
      <w:pPr>
        <w:pStyle w:val="ListParagraph"/>
        <w:numPr>
          <w:ilvl w:val="0"/>
          <w:numId w:val="25"/>
        </w:numPr>
      </w:pPr>
      <w:r>
        <w:t>A*</w:t>
      </w:r>
    </w:p>
    <w:p w14:paraId="2AB95401" w14:textId="77777777" w:rsidR="00CE3B12" w:rsidRPr="00816E30" w:rsidRDefault="00CE3B12" w:rsidP="00816E30">
      <w:pPr>
        <w:rPr>
          <w:b/>
          <w:bCs/>
        </w:rPr>
      </w:pPr>
      <w:r w:rsidRPr="00816E30">
        <w:rPr>
          <w:b/>
          <w:bCs/>
        </w:rPr>
        <w:t>D. Navigation Display</w:t>
      </w:r>
    </w:p>
    <w:p w14:paraId="0E3BBA0B" w14:textId="57E52107" w:rsidR="00DC262C" w:rsidRDefault="00CE3B12" w:rsidP="00351F52">
      <w:pPr>
        <w:spacing w:line="480" w:lineRule="auto"/>
      </w:pPr>
      <w:r>
        <w:t>Path is visually shown to the user</w:t>
      </w:r>
    </w:p>
    <w:p w14:paraId="1646A34D" w14:textId="77777777" w:rsidR="00A449CE" w:rsidRPr="00351F52" w:rsidRDefault="00A449CE" w:rsidP="00351F52">
      <w:pPr>
        <w:spacing w:line="480" w:lineRule="auto"/>
      </w:pPr>
    </w:p>
    <w:p w14:paraId="7E6D307D" w14:textId="1C134D1A" w:rsidR="00B9154B" w:rsidRDefault="00961CD3" w:rsidP="00D544DC">
      <w:pPr>
        <w:pStyle w:val="Heading1"/>
        <w:ind w:left="-284" w:right="-151"/>
        <w:jc w:val="both"/>
        <w:rPr>
          <w:rFonts w:ascii="Times New Roman" w:hAnsi="Times New Roman" w:cs="Times New Roman"/>
          <w:sz w:val="26"/>
          <w:szCs w:val="26"/>
        </w:rPr>
      </w:pPr>
      <w:r w:rsidRPr="00B553E7">
        <w:rPr>
          <w:rFonts w:ascii="Times New Roman" w:hAnsi="Times New Roman" w:cs="Times New Roman"/>
        </w:rPr>
        <w:t>V</w:t>
      </w:r>
      <w:r w:rsidR="009925C8">
        <w:rPr>
          <w:rFonts w:ascii="Times New Roman" w:hAnsi="Times New Roman" w:cs="Times New Roman"/>
        </w:rPr>
        <w:t>I</w:t>
      </w:r>
      <w:r w:rsidRPr="00B553E7">
        <w:rPr>
          <w:rFonts w:ascii="Times New Roman" w:hAnsi="Times New Roman" w:cs="Times New Roman"/>
        </w:rPr>
        <w:t xml:space="preserve">I. </w:t>
      </w:r>
      <w:r w:rsidR="00642290" w:rsidRPr="006231B0">
        <w:rPr>
          <w:rFonts w:ascii="Times New Roman" w:hAnsi="Times New Roman" w:cs="Times New Roman"/>
          <w:sz w:val="26"/>
          <w:szCs w:val="26"/>
        </w:rPr>
        <w:t>IMPLEM</w:t>
      </w:r>
      <w:r w:rsidR="00022309" w:rsidRPr="006231B0">
        <w:rPr>
          <w:rFonts w:ascii="Times New Roman" w:hAnsi="Times New Roman" w:cs="Times New Roman"/>
          <w:sz w:val="26"/>
          <w:szCs w:val="26"/>
        </w:rPr>
        <w:t>ENTATION</w:t>
      </w:r>
      <w:r w:rsidR="00642290" w:rsidRPr="006231B0">
        <w:rPr>
          <w:rFonts w:ascii="Times New Roman" w:hAnsi="Times New Roman" w:cs="Times New Roman"/>
          <w:sz w:val="26"/>
          <w:szCs w:val="26"/>
        </w:rPr>
        <w:t xml:space="preserve"> AND TESTING</w:t>
      </w:r>
    </w:p>
    <w:p w14:paraId="260CADCB" w14:textId="77777777" w:rsidR="00D544DC" w:rsidRPr="00D544DC" w:rsidRDefault="00D544DC" w:rsidP="00D544DC"/>
    <w:p w14:paraId="749CE402" w14:textId="1B545486" w:rsidR="008A1CD5" w:rsidRPr="008A1CD5" w:rsidRDefault="0016533E" w:rsidP="008A1CD5">
      <w:pPr>
        <w:ind w:right="-151" w:hanging="284"/>
        <w:jc w:val="both"/>
        <w:rPr>
          <w:rFonts w:cs="Times New Roman"/>
          <w:b/>
          <w:bCs/>
        </w:rPr>
      </w:pPr>
      <w:r w:rsidRPr="008A1CD5">
        <w:rPr>
          <w:rFonts w:cs="Times New Roman"/>
          <w:b/>
          <w:bCs/>
        </w:rPr>
        <w:t xml:space="preserve"> </w:t>
      </w:r>
      <w:r w:rsidR="008A1CD5" w:rsidRPr="008A1CD5">
        <w:rPr>
          <w:rFonts w:cs="Times New Roman"/>
          <w:b/>
          <w:bCs/>
        </w:rPr>
        <w:t>A. Implementation</w:t>
      </w:r>
    </w:p>
    <w:p w14:paraId="41E428CC" w14:textId="77777777" w:rsidR="008A1CD5" w:rsidRPr="00B9154B" w:rsidRDefault="008A1CD5" w:rsidP="00B9154B">
      <w:pPr>
        <w:pStyle w:val="ListParagraph"/>
        <w:numPr>
          <w:ilvl w:val="0"/>
          <w:numId w:val="26"/>
        </w:numPr>
        <w:ind w:right="-151"/>
        <w:jc w:val="both"/>
        <w:rPr>
          <w:rFonts w:cs="Times New Roman"/>
        </w:rPr>
      </w:pPr>
      <w:r w:rsidRPr="00B9154B">
        <w:rPr>
          <w:rFonts w:cs="Times New Roman"/>
        </w:rPr>
        <w:t>Frontend for user interface</w:t>
      </w:r>
    </w:p>
    <w:p w14:paraId="68FDEE8D" w14:textId="77777777" w:rsidR="008A1CD5" w:rsidRPr="00B9154B" w:rsidRDefault="008A1CD5" w:rsidP="00B9154B">
      <w:pPr>
        <w:pStyle w:val="ListParagraph"/>
        <w:numPr>
          <w:ilvl w:val="0"/>
          <w:numId w:val="26"/>
        </w:numPr>
        <w:ind w:right="-151"/>
        <w:jc w:val="both"/>
        <w:rPr>
          <w:rFonts w:cs="Times New Roman"/>
        </w:rPr>
      </w:pPr>
      <w:r w:rsidRPr="00B9154B">
        <w:rPr>
          <w:rFonts w:cs="Times New Roman"/>
        </w:rPr>
        <w:t>Backend for processing navigation</w:t>
      </w:r>
    </w:p>
    <w:p w14:paraId="70B58C42" w14:textId="5976E6F4" w:rsidR="008A1CD5" w:rsidRPr="008A1CD5" w:rsidRDefault="0078361E" w:rsidP="008A1CD5">
      <w:pPr>
        <w:ind w:left="-284" w:right="-151"/>
        <w:jc w:val="both"/>
        <w:rPr>
          <w:rFonts w:cs="Times New Roman"/>
          <w:b/>
          <w:bCs/>
        </w:rPr>
      </w:pPr>
      <w:r>
        <w:rPr>
          <w:rFonts w:cs="Times New Roman"/>
          <w:b/>
          <w:bCs/>
        </w:rPr>
        <w:t xml:space="preserve"> </w:t>
      </w:r>
      <w:r w:rsidR="008A1CD5" w:rsidRPr="008A1CD5">
        <w:rPr>
          <w:rFonts w:cs="Times New Roman"/>
          <w:b/>
          <w:bCs/>
        </w:rPr>
        <w:t>B. Testing</w:t>
      </w:r>
    </w:p>
    <w:p w14:paraId="7FD2B589" w14:textId="77777777" w:rsidR="008A1CD5" w:rsidRPr="00B9154B" w:rsidRDefault="008A1CD5" w:rsidP="00B9154B">
      <w:pPr>
        <w:pStyle w:val="ListParagraph"/>
        <w:numPr>
          <w:ilvl w:val="0"/>
          <w:numId w:val="27"/>
        </w:numPr>
        <w:ind w:right="-151"/>
        <w:jc w:val="both"/>
        <w:rPr>
          <w:rFonts w:cs="Times New Roman"/>
        </w:rPr>
      </w:pPr>
      <w:r w:rsidRPr="00B9154B">
        <w:rPr>
          <w:rFonts w:cs="Times New Roman"/>
        </w:rPr>
        <w:t>Unit Testing</w:t>
      </w:r>
    </w:p>
    <w:p w14:paraId="518B48D2" w14:textId="77777777" w:rsidR="008A1CD5" w:rsidRPr="00B9154B" w:rsidRDefault="008A1CD5" w:rsidP="00B9154B">
      <w:pPr>
        <w:pStyle w:val="ListParagraph"/>
        <w:numPr>
          <w:ilvl w:val="0"/>
          <w:numId w:val="27"/>
        </w:numPr>
        <w:ind w:right="-151"/>
        <w:jc w:val="both"/>
        <w:rPr>
          <w:rFonts w:cs="Times New Roman"/>
        </w:rPr>
      </w:pPr>
      <w:r w:rsidRPr="00B9154B">
        <w:rPr>
          <w:rFonts w:cs="Times New Roman"/>
        </w:rPr>
        <w:t>Integration Testing</w:t>
      </w:r>
    </w:p>
    <w:p w14:paraId="4B826830" w14:textId="67758A76" w:rsidR="0016533E" w:rsidRDefault="008A1CD5" w:rsidP="00B9154B">
      <w:pPr>
        <w:pStyle w:val="ListParagraph"/>
        <w:numPr>
          <w:ilvl w:val="0"/>
          <w:numId w:val="27"/>
        </w:numPr>
        <w:ind w:right="-151"/>
        <w:jc w:val="both"/>
      </w:pPr>
      <w:r w:rsidRPr="00B9154B">
        <w:rPr>
          <w:rFonts w:cs="Times New Roman"/>
        </w:rPr>
        <w:t>User Testing</w:t>
      </w:r>
    </w:p>
    <w:p w14:paraId="5B6CB9AC" w14:textId="1A78BF57" w:rsidR="008E6E2A" w:rsidRDefault="00B553E7" w:rsidP="005F0B04">
      <w:pPr>
        <w:pStyle w:val="Heading1"/>
        <w:spacing w:line="240" w:lineRule="auto"/>
        <w:ind w:left="-142" w:right="-151"/>
        <w:jc w:val="both"/>
        <w:rPr>
          <w:rFonts w:ascii="Times New Roman" w:hAnsi="Times New Roman" w:cs="Times New Roman"/>
          <w:lang w:val="en-IN"/>
        </w:rPr>
      </w:pPr>
      <w:r w:rsidRPr="00D544DC">
        <w:rPr>
          <w:rFonts w:ascii="Times New Roman" w:hAnsi="Times New Roman" w:cs="Times New Roman"/>
          <w:lang w:val="fi-FI"/>
        </w:rPr>
        <w:t>VI</w:t>
      </w:r>
      <w:r w:rsidR="009925C8" w:rsidRPr="00D544DC">
        <w:rPr>
          <w:rFonts w:ascii="Times New Roman" w:hAnsi="Times New Roman" w:cs="Times New Roman"/>
          <w:lang w:val="fi-FI"/>
        </w:rPr>
        <w:t>I</w:t>
      </w:r>
      <w:r w:rsidRPr="00D544DC">
        <w:rPr>
          <w:rFonts w:ascii="Times New Roman" w:hAnsi="Times New Roman" w:cs="Times New Roman"/>
          <w:lang w:val="fi-FI"/>
        </w:rPr>
        <w:t xml:space="preserve">I. </w:t>
      </w:r>
      <w:r w:rsidRPr="00BB38F1">
        <w:rPr>
          <w:rFonts w:ascii="Times New Roman" w:hAnsi="Times New Roman" w:cs="Times New Roman"/>
          <w:lang w:val="en-IN"/>
        </w:rPr>
        <w:t>R</w:t>
      </w:r>
      <w:r w:rsidR="00BB38F1" w:rsidRPr="00BB38F1">
        <w:rPr>
          <w:rFonts w:ascii="Times New Roman" w:hAnsi="Times New Roman" w:cs="Times New Roman"/>
          <w:lang w:val="en-IN"/>
        </w:rPr>
        <w:t>ESULTS AND</w:t>
      </w:r>
      <w:r w:rsidR="00BB38F1">
        <w:rPr>
          <w:rFonts w:ascii="Times New Roman" w:hAnsi="Times New Roman" w:cs="Times New Roman"/>
          <w:lang w:val="en-IN"/>
        </w:rPr>
        <w:t xml:space="preserve"> DISCUSSION</w:t>
      </w:r>
    </w:p>
    <w:p w14:paraId="21363D32" w14:textId="77777777" w:rsidR="00907FEE" w:rsidRPr="00907FEE" w:rsidRDefault="00907FEE" w:rsidP="005F0B04">
      <w:pPr>
        <w:spacing w:line="240" w:lineRule="auto"/>
        <w:rPr>
          <w:lang w:val="en-IN"/>
        </w:rPr>
      </w:pPr>
    </w:p>
    <w:p w14:paraId="641A385B" w14:textId="305A3768" w:rsidR="008E6E2A" w:rsidRPr="008E6E2A" w:rsidRDefault="008E6E2A" w:rsidP="00907FEE">
      <w:pPr>
        <w:rPr>
          <w:lang w:val="en-IN"/>
        </w:rPr>
      </w:pPr>
      <w:r w:rsidRPr="008E6E2A">
        <w:rPr>
          <w:lang w:val="en-IN"/>
        </w:rPr>
        <w:t>The system successfully provides:</w:t>
      </w:r>
    </w:p>
    <w:p w14:paraId="5CF0F5A4" w14:textId="77777777" w:rsidR="008E6E2A" w:rsidRPr="008E6E2A" w:rsidRDefault="008E6E2A" w:rsidP="008E6E2A">
      <w:pPr>
        <w:pStyle w:val="ListParagraph"/>
        <w:numPr>
          <w:ilvl w:val="0"/>
          <w:numId w:val="28"/>
        </w:numPr>
        <w:rPr>
          <w:lang w:val="en-IN"/>
        </w:rPr>
      </w:pPr>
      <w:r w:rsidRPr="008E6E2A">
        <w:rPr>
          <w:lang w:val="en-IN"/>
        </w:rPr>
        <w:t>Accurate navigation</w:t>
      </w:r>
    </w:p>
    <w:p w14:paraId="230C74B7" w14:textId="77777777" w:rsidR="008E6E2A" w:rsidRPr="008E6E2A" w:rsidRDefault="008E6E2A" w:rsidP="008E6E2A">
      <w:pPr>
        <w:pStyle w:val="ListParagraph"/>
        <w:numPr>
          <w:ilvl w:val="0"/>
          <w:numId w:val="28"/>
        </w:numPr>
        <w:rPr>
          <w:lang w:val="en-IN"/>
        </w:rPr>
      </w:pPr>
      <w:r w:rsidRPr="008E6E2A">
        <w:rPr>
          <w:lang w:val="en-IN"/>
        </w:rPr>
        <w:t>Faster shop location</w:t>
      </w:r>
    </w:p>
    <w:p w14:paraId="2FE645AE" w14:textId="77777777" w:rsidR="008E6E2A" w:rsidRPr="008E6E2A" w:rsidRDefault="008E6E2A" w:rsidP="008E6E2A">
      <w:pPr>
        <w:pStyle w:val="ListParagraph"/>
        <w:numPr>
          <w:ilvl w:val="0"/>
          <w:numId w:val="28"/>
        </w:numPr>
        <w:rPr>
          <w:lang w:val="en-IN"/>
        </w:rPr>
      </w:pPr>
      <w:r w:rsidRPr="008E6E2A">
        <w:rPr>
          <w:lang w:val="en-IN"/>
        </w:rPr>
        <w:t>Improved user experience</w:t>
      </w:r>
    </w:p>
    <w:p w14:paraId="3D8363FF" w14:textId="300BFCB4" w:rsidR="0029167D" w:rsidRPr="0029167D" w:rsidRDefault="008E6E2A" w:rsidP="008E6E2A">
      <w:pPr>
        <w:rPr>
          <w:lang w:val="en-IN"/>
        </w:rPr>
      </w:pPr>
      <w:r w:rsidRPr="008E6E2A">
        <w:rPr>
          <w:lang w:val="en-IN"/>
        </w:rPr>
        <w:t>It reduces confusion and saves time for users.</w:t>
      </w:r>
    </w:p>
    <w:p w14:paraId="28EC6C48" w14:textId="075F6353" w:rsidR="00B553E7" w:rsidRPr="00E26CBF" w:rsidRDefault="00440601" w:rsidP="009925C8">
      <w:pPr>
        <w:ind w:left="-284" w:right="-151"/>
        <w:jc w:val="both"/>
        <w:rPr>
          <w:b/>
          <w:bCs/>
          <w:color w:val="365F91" w:themeColor="accent1" w:themeShade="BF"/>
          <w:sz w:val="28"/>
          <w:szCs w:val="28"/>
        </w:rPr>
      </w:pPr>
      <w:r w:rsidRPr="00E26CBF">
        <w:rPr>
          <w:b/>
          <w:bCs/>
          <w:color w:val="365F91" w:themeColor="accent1" w:themeShade="BF"/>
          <w:sz w:val="28"/>
          <w:szCs w:val="28"/>
        </w:rPr>
        <w:t>IX. FUTURE ENHANCEMENTS</w:t>
      </w:r>
    </w:p>
    <w:p w14:paraId="0F7C4367" w14:textId="77777777" w:rsidR="00B87F8B" w:rsidRPr="00D36716" w:rsidRDefault="00B87F8B" w:rsidP="00D36716">
      <w:pPr>
        <w:pStyle w:val="ListParagraph"/>
        <w:numPr>
          <w:ilvl w:val="0"/>
          <w:numId w:val="29"/>
        </w:numPr>
        <w:spacing w:line="480" w:lineRule="auto"/>
        <w:ind w:right="-151"/>
        <w:jc w:val="both"/>
        <w:rPr>
          <w:rFonts w:cs="Times New Roman"/>
          <w:color w:val="000000" w:themeColor="text1"/>
          <w:szCs w:val="24"/>
        </w:rPr>
      </w:pPr>
      <w:r w:rsidRPr="00D36716">
        <w:rPr>
          <w:rFonts w:cs="Times New Roman"/>
          <w:color w:val="000000" w:themeColor="text1"/>
          <w:szCs w:val="24"/>
        </w:rPr>
        <w:t>Real-time indoor tracking</w:t>
      </w:r>
    </w:p>
    <w:p w14:paraId="2D327FF7" w14:textId="77777777" w:rsidR="00B87F8B" w:rsidRPr="00D36716" w:rsidRDefault="00B87F8B" w:rsidP="00D36716">
      <w:pPr>
        <w:pStyle w:val="ListParagraph"/>
        <w:numPr>
          <w:ilvl w:val="0"/>
          <w:numId w:val="29"/>
        </w:numPr>
        <w:spacing w:line="480" w:lineRule="auto"/>
        <w:ind w:right="-151"/>
        <w:jc w:val="both"/>
        <w:rPr>
          <w:rFonts w:cs="Times New Roman"/>
          <w:color w:val="000000" w:themeColor="text1"/>
          <w:szCs w:val="24"/>
        </w:rPr>
      </w:pPr>
      <w:r w:rsidRPr="00D36716">
        <w:rPr>
          <w:rFonts w:cs="Times New Roman"/>
          <w:color w:val="000000" w:themeColor="text1"/>
          <w:szCs w:val="24"/>
        </w:rPr>
        <w:t>Voice navigation</w:t>
      </w:r>
    </w:p>
    <w:p w14:paraId="0563ED64" w14:textId="77777777" w:rsidR="00B87F8B" w:rsidRPr="00D36716" w:rsidRDefault="00B87F8B" w:rsidP="00D36716">
      <w:pPr>
        <w:pStyle w:val="ListParagraph"/>
        <w:numPr>
          <w:ilvl w:val="0"/>
          <w:numId w:val="29"/>
        </w:numPr>
        <w:spacing w:line="480" w:lineRule="auto"/>
        <w:ind w:right="-151"/>
        <w:jc w:val="both"/>
        <w:rPr>
          <w:rFonts w:cs="Times New Roman"/>
          <w:color w:val="000000" w:themeColor="text1"/>
          <w:szCs w:val="24"/>
        </w:rPr>
      </w:pPr>
      <w:r w:rsidRPr="00D36716">
        <w:rPr>
          <w:rFonts w:cs="Times New Roman"/>
          <w:color w:val="000000" w:themeColor="text1"/>
          <w:szCs w:val="24"/>
        </w:rPr>
        <w:t>AR-based guidance</w:t>
      </w:r>
    </w:p>
    <w:p w14:paraId="1C0E5D14" w14:textId="3EEEFAC3" w:rsidR="00D36716" w:rsidRDefault="00B87F8B" w:rsidP="00D36716">
      <w:pPr>
        <w:pStyle w:val="ListParagraph"/>
        <w:numPr>
          <w:ilvl w:val="0"/>
          <w:numId w:val="29"/>
        </w:numPr>
        <w:spacing w:line="480" w:lineRule="auto"/>
        <w:ind w:right="-151"/>
        <w:jc w:val="both"/>
        <w:rPr>
          <w:rFonts w:cs="Times New Roman"/>
          <w:color w:val="000000" w:themeColor="text1"/>
          <w:szCs w:val="24"/>
        </w:rPr>
      </w:pPr>
      <w:r w:rsidRPr="00D36716">
        <w:rPr>
          <w:rFonts w:cs="Times New Roman"/>
          <w:color w:val="000000" w:themeColor="text1"/>
          <w:szCs w:val="24"/>
        </w:rPr>
        <w:t>Multi-language support</w:t>
      </w:r>
    </w:p>
    <w:p w14:paraId="6E5AA006" w14:textId="13031FE2" w:rsidR="00D36716" w:rsidRPr="00E26CBF" w:rsidRDefault="00D36716" w:rsidP="008519BD">
      <w:pPr>
        <w:ind w:left="76" w:right="-151" w:hanging="360"/>
        <w:jc w:val="both"/>
        <w:rPr>
          <w:b/>
          <w:bCs/>
          <w:color w:val="365F91" w:themeColor="accent1" w:themeShade="BF"/>
          <w:sz w:val="28"/>
          <w:szCs w:val="28"/>
        </w:rPr>
      </w:pPr>
      <w:r w:rsidRPr="00E26CBF">
        <w:rPr>
          <w:b/>
          <w:bCs/>
          <w:color w:val="365F91" w:themeColor="accent1" w:themeShade="BF"/>
          <w:sz w:val="28"/>
          <w:szCs w:val="28"/>
        </w:rPr>
        <w:t>X. CONCLUSION</w:t>
      </w:r>
    </w:p>
    <w:p w14:paraId="4A5928C7" w14:textId="2E1CDF3F" w:rsidR="008519BD" w:rsidRPr="00072FEE" w:rsidRDefault="00496318" w:rsidP="00072FEE">
      <w:pPr>
        <w:spacing w:line="360" w:lineRule="auto"/>
        <w:ind w:left="-284" w:right="-151" w:firstLine="284"/>
        <w:jc w:val="both"/>
        <w:rPr>
          <w:color w:val="000000" w:themeColor="text1"/>
          <w:szCs w:val="24"/>
        </w:rPr>
      </w:pPr>
      <w:r>
        <w:rPr>
          <w:color w:val="000000" w:themeColor="text1"/>
          <w:sz w:val="28"/>
          <w:szCs w:val="28"/>
        </w:rPr>
        <w:t xml:space="preserve">  </w:t>
      </w:r>
      <w:proofErr w:type="spellStart"/>
      <w:r w:rsidRPr="00072FEE">
        <w:rPr>
          <w:color w:val="000000" w:themeColor="text1"/>
          <w:szCs w:val="24"/>
        </w:rPr>
        <w:t>MallPath</w:t>
      </w:r>
      <w:proofErr w:type="spellEnd"/>
      <w:r w:rsidRPr="00072FEE">
        <w:rPr>
          <w:color w:val="000000" w:themeColor="text1"/>
          <w:szCs w:val="24"/>
        </w:rPr>
        <w:t xml:space="preserve"> is an efficient indoor navigation system that simplifies mall navigation. It provides a user-friendly interface, accurate directions, and improves overall shopping experience. The system is scalable and can be implemented in smart malls.</w:t>
      </w:r>
    </w:p>
    <w:p w14:paraId="69D460DA" w14:textId="1E3C1B4E" w:rsidR="00072FEE" w:rsidRPr="00E26CBF" w:rsidRDefault="00137173" w:rsidP="00072FEE">
      <w:pPr>
        <w:ind w:left="76" w:right="-151" w:hanging="360"/>
        <w:jc w:val="both"/>
        <w:rPr>
          <w:b/>
          <w:bCs/>
          <w:color w:val="365F91" w:themeColor="accent1" w:themeShade="BF"/>
          <w:sz w:val="28"/>
          <w:szCs w:val="28"/>
        </w:rPr>
      </w:pPr>
      <w:r w:rsidRPr="00E26CBF">
        <w:rPr>
          <w:b/>
          <w:bCs/>
          <w:color w:val="365F91" w:themeColor="accent1" w:themeShade="BF"/>
          <w:sz w:val="28"/>
          <w:szCs w:val="28"/>
        </w:rPr>
        <w:lastRenderedPageBreak/>
        <w:t>ACKNOWLEDGMENT</w:t>
      </w:r>
    </w:p>
    <w:p w14:paraId="7AEFD481" w14:textId="3B1DEEF0" w:rsidR="00EA520C" w:rsidRPr="00F853EF" w:rsidRDefault="00DC0172" w:rsidP="004A03CE">
      <w:pPr>
        <w:spacing w:line="360" w:lineRule="auto"/>
        <w:ind w:left="-284" w:right="-219"/>
        <w:jc w:val="both"/>
        <w:rPr>
          <w:color w:val="000000" w:themeColor="text1"/>
          <w:szCs w:val="24"/>
        </w:rPr>
      </w:pPr>
      <w:r>
        <w:rPr>
          <w:color w:val="000000" w:themeColor="text1"/>
          <w:szCs w:val="24"/>
        </w:rPr>
        <w:t xml:space="preserve">   </w:t>
      </w:r>
      <w:r w:rsidR="008648A0">
        <w:rPr>
          <w:color w:val="000000" w:themeColor="text1"/>
          <w:szCs w:val="24"/>
        </w:rPr>
        <w:t xml:space="preserve"> </w:t>
      </w:r>
      <w:r w:rsidR="00F853EF">
        <w:rPr>
          <w:color w:val="000000" w:themeColor="text1"/>
          <w:szCs w:val="24"/>
        </w:rPr>
        <w:t xml:space="preserve">  </w:t>
      </w:r>
      <w:r w:rsidR="004A03CE">
        <w:rPr>
          <w:color w:val="000000" w:themeColor="text1"/>
          <w:szCs w:val="24"/>
        </w:rPr>
        <w:t xml:space="preserve">         </w:t>
      </w:r>
      <w:r w:rsidR="00AC4DAB">
        <w:rPr>
          <w:color w:val="000000" w:themeColor="text1"/>
          <w:szCs w:val="24"/>
        </w:rPr>
        <w:t xml:space="preserve">    </w:t>
      </w:r>
      <w:r w:rsidR="002F68E1" w:rsidRPr="002F68E1">
        <w:rPr>
          <w:color w:val="000000" w:themeColor="text1"/>
          <w:szCs w:val="24"/>
        </w:rPr>
        <w:t>We sincerely thank our project guide</w:t>
      </w:r>
      <w:r w:rsidR="005747BB">
        <w:rPr>
          <w:color w:val="000000" w:themeColor="text1"/>
          <w:szCs w:val="24"/>
        </w:rPr>
        <w:t xml:space="preserve"> </w:t>
      </w:r>
      <w:r w:rsidR="002F68E1" w:rsidRPr="00AC4DAB">
        <w:rPr>
          <w:b/>
          <w:bCs/>
          <w:color w:val="000000" w:themeColor="text1"/>
          <w:szCs w:val="24"/>
        </w:rPr>
        <w:t>Mrs. S. Hari</w:t>
      </w:r>
      <w:r w:rsidR="00F36979">
        <w:rPr>
          <w:b/>
          <w:bCs/>
          <w:color w:val="000000" w:themeColor="text1"/>
          <w:szCs w:val="24"/>
        </w:rPr>
        <w:t>p</w:t>
      </w:r>
      <w:r w:rsidR="002F68E1" w:rsidRPr="00AC4DAB">
        <w:rPr>
          <w:b/>
          <w:bCs/>
          <w:color w:val="000000" w:themeColor="text1"/>
          <w:szCs w:val="24"/>
        </w:rPr>
        <w:t>riya, M.E., (</w:t>
      </w:r>
      <w:proofErr w:type="spellStart"/>
      <w:r w:rsidR="002F68E1" w:rsidRPr="00AC4DAB">
        <w:rPr>
          <w:b/>
          <w:bCs/>
          <w:color w:val="000000" w:themeColor="text1"/>
          <w:szCs w:val="24"/>
        </w:rPr>
        <w:t>Ph.D</w:t>
      </w:r>
      <w:proofErr w:type="spellEnd"/>
      <w:r w:rsidR="002F68E1" w:rsidRPr="00AC4DAB">
        <w:rPr>
          <w:b/>
          <w:bCs/>
          <w:color w:val="000000" w:themeColor="text1"/>
          <w:szCs w:val="24"/>
        </w:rPr>
        <w:t>)</w:t>
      </w:r>
      <w:r w:rsidR="002F68E1" w:rsidRPr="002F68E1">
        <w:rPr>
          <w:color w:val="000000" w:themeColor="text1"/>
          <w:szCs w:val="24"/>
        </w:rPr>
        <w:t xml:space="preserve"> for her valuable guidanc</w:t>
      </w:r>
      <w:r w:rsidR="002F68E1">
        <w:rPr>
          <w:color w:val="000000" w:themeColor="text1"/>
          <w:szCs w:val="24"/>
        </w:rPr>
        <w:t>e</w:t>
      </w:r>
      <w:r w:rsidR="00F853EF">
        <w:rPr>
          <w:color w:val="000000" w:themeColor="text1"/>
          <w:szCs w:val="24"/>
        </w:rPr>
        <w:t xml:space="preserve"> </w:t>
      </w:r>
      <w:r w:rsidR="002F68E1" w:rsidRPr="002F68E1">
        <w:rPr>
          <w:color w:val="000000" w:themeColor="text1"/>
          <w:szCs w:val="24"/>
        </w:rPr>
        <w:t>and support throughout the development of this project. Her mentorship played a vital role in the successful completion of this work</w:t>
      </w:r>
      <w:r w:rsidR="002F68E1" w:rsidRPr="002F68E1">
        <w:rPr>
          <w:b/>
          <w:bCs/>
          <w:color w:val="000000" w:themeColor="text1"/>
          <w:sz w:val="28"/>
          <w:szCs w:val="28"/>
        </w:rPr>
        <w:t>.</w:t>
      </w:r>
    </w:p>
    <w:p w14:paraId="14C02ADD" w14:textId="0A86835B" w:rsidR="00D36716" w:rsidRPr="00E26CBF" w:rsidRDefault="009A0226" w:rsidP="005F0B04">
      <w:pPr>
        <w:spacing w:line="360" w:lineRule="auto"/>
        <w:ind w:left="-284" w:right="-502"/>
        <w:jc w:val="both"/>
        <w:rPr>
          <w:rFonts w:cs="Times New Roman"/>
          <w:b/>
          <w:bCs/>
          <w:color w:val="365F91" w:themeColor="accent1" w:themeShade="BF"/>
          <w:sz w:val="28"/>
          <w:szCs w:val="28"/>
        </w:rPr>
      </w:pPr>
      <w:r w:rsidRPr="00E26CBF">
        <w:rPr>
          <w:rFonts w:cs="Times New Roman"/>
          <w:b/>
          <w:bCs/>
          <w:color w:val="365F91" w:themeColor="accent1" w:themeShade="BF"/>
          <w:sz w:val="28"/>
          <w:szCs w:val="28"/>
        </w:rPr>
        <w:t>REFERENCES</w:t>
      </w:r>
    </w:p>
    <w:p w14:paraId="414998C5"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[1] Z. Ayaz, “Digital Advertising Using BLE Beacons,” IEEE, 2025.</w:t>
      </w:r>
    </w:p>
    <w:p w14:paraId="3F76A006"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[2] L. Bouska et al., “Indoor Localization Using BLE and RSSI,” IEEE, 2024.</w:t>
      </w:r>
    </w:p>
    <w:p w14:paraId="44E5D395"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[3] M. C. Sakman et al., “Indoor Navigation for Personalized Shopping,” ScienceDirect, 2023.</w:t>
      </w:r>
    </w:p>
    <w:p w14:paraId="3FF2C6F5"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[4] A. Saeidi et al., “AR-Based Indoor Navigation in Shopping Malls,” IEEE, 2022.</w:t>
      </w:r>
    </w:p>
    <w:p w14:paraId="5FC777F3"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[5] N. Narayana et al., “Smart Indoor Navigation Using BLE,” IEEE, 2021.</w:t>
      </w:r>
    </w:p>
    <w:p w14:paraId="67FA971F" w14:textId="0251820B" w:rsidR="00B50CE0"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 xml:space="preserve">[6] P. </w:t>
      </w:r>
      <w:proofErr w:type="spellStart"/>
      <w:r w:rsidRPr="00723524">
        <w:rPr>
          <w:rFonts w:cs="Times New Roman"/>
          <w:color w:val="000000" w:themeColor="text1"/>
          <w:szCs w:val="24"/>
        </w:rPr>
        <w:t>Pešlácio</w:t>
      </w:r>
      <w:proofErr w:type="spellEnd"/>
      <w:r w:rsidRPr="00723524">
        <w:rPr>
          <w:rFonts w:cs="Times New Roman"/>
          <w:color w:val="000000" w:themeColor="text1"/>
          <w:szCs w:val="24"/>
        </w:rPr>
        <w:t xml:space="preserve"> et al., “BLE Indoor Positioning Using Neural Networks,” IEEE, 2021.</w:t>
      </w:r>
    </w:p>
    <w:p w14:paraId="3B517CE2" w14:textId="77777777" w:rsidR="009A0226" w:rsidRPr="00723524" w:rsidRDefault="009A0226" w:rsidP="00723524">
      <w:pPr>
        <w:spacing w:line="240" w:lineRule="auto"/>
        <w:ind w:left="-284" w:right="-502"/>
        <w:jc w:val="both"/>
        <w:rPr>
          <w:rFonts w:cs="Times New Roman"/>
          <w:color w:val="000000" w:themeColor="text1"/>
          <w:szCs w:val="24"/>
        </w:rPr>
      </w:pPr>
    </w:p>
    <w:sectPr w:rsidR="009A0226" w:rsidRPr="00723524" w:rsidSect="00B553E7">
      <w:type w:val="continuous"/>
      <w:pgSz w:w="12240" w:h="15840"/>
      <w:pgMar w:top="1440" w:right="1183" w:bottom="1440" w:left="113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37E67" w14:textId="77777777" w:rsidR="00F86D28" w:rsidRDefault="00F86D28" w:rsidP="00B553E7">
      <w:pPr>
        <w:spacing w:after="0" w:line="240" w:lineRule="auto"/>
      </w:pPr>
      <w:r>
        <w:separator/>
      </w:r>
    </w:p>
  </w:endnote>
  <w:endnote w:type="continuationSeparator" w:id="0">
    <w:p w14:paraId="0723B172" w14:textId="77777777" w:rsidR="00F86D28" w:rsidRDefault="00F86D28" w:rsidP="00B5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75781" w14:textId="77777777" w:rsidR="00F86D28" w:rsidRDefault="00F86D28" w:rsidP="00B553E7">
      <w:pPr>
        <w:spacing w:after="0" w:line="240" w:lineRule="auto"/>
      </w:pPr>
      <w:r>
        <w:separator/>
      </w:r>
    </w:p>
  </w:footnote>
  <w:footnote w:type="continuationSeparator" w:id="0">
    <w:p w14:paraId="2E53AFFE" w14:textId="77777777" w:rsidR="00F86D28" w:rsidRDefault="00F86D28" w:rsidP="00B553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FC7F89"/>
    <w:multiLevelType w:val="hybridMultilevel"/>
    <w:tmpl w:val="17D83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87525D3"/>
    <w:multiLevelType w:val="hybridMultilevel"/>
    <w:tmpl w:val="B4FC98A8"/>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1" w15:restartNumberingAfterBreak="0">
    <w:nsid w:val="13D515EE"/>
    <w:multiLevelType w:val="hybridMultilevel"/>
    <w:tmpl w:val="E7B82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53B336F"/>
    <w:multiLevelType w:val="hybridMultilevel"/>
    <w:tmpl w:val="F17808D6"/>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3" w15:restartNumberingAfterBreak="0">
    <w:nsid w:val="163351A4"/>
    <w:multiLevelType w:val="hybridMultilevel"/>
    <w:tmpl w:val="7B028844"/>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4" w15:restartNumberingAfterBreak="0">
    <w:nsid w:val="2328770C"/>
    <w:multiLevelType w:val="hybridMultilevel"/>
    <w:tmpl w:val="6BD8C28C"/>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5" w15:restartNumberingAfterBreak="0">
    <w:nsid w:val="23ED68F8"/>
    <w:multiLevelType w:val="hybridMultilevel"/>
    <w:tmpl w:val="59CC81B2"/>
    <w:lvl w:ilvl="0" w:tplc="1F242D8A">
      <w:start w:val="2"/>
      <w:numFmt w:val="upp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16" w15:restartNumberingAfterBreak="0">
    <w:nsid w:val="29072826"/>
    <w:multiLevelType w:val="hybridMultilevel"/>
    <w:tmpl w:val="0AC81484"/>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7" w15:restartNumberingAfterBreak="0">
    <w:nsid w:val="32330380"/>
    <w:multiLevelType w:val="hybridMultilevel"/>
    <w:tmpl w:val="EF80C69A"/>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8" w15:restartNumberingAfterBreak="0">
    <w:nsid w:val="346C4214"/>
    <w:multiLevelType w:val="hybridMultilevel"/>
    <w:tmpl w:val="59824AFE"/>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9" w15:restartNumberingAfterBreak="0">
    <w:nsid w:val="3D9132AC"/>
    <w:multiLevelType w:val="hybridMultilevel"/>
    <w:tmpl w:val="77DCA476"/>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0" w15:restartNumberingAfterBreak="0">
    <w:nsid w:val="442A44F1"/>
    <w:multiLevelType w:val="hybridMultilevel"/>
    <w:tmpl w:val="2482EE0E"/>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1" w15:restartNumberingAfterBreak="0">
    <w:nsid w:val="445A7C09"/>
    <w:multiLevelType w:val="hybridMultilevel"/>
    <w:tmpl w:val="9056D2EA"/>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2" w15:restartNumberingAfterBreak="0">
    <w:nsid w:val="4A5569E1"/>
    <w:multiLevelType w:val="hybridMultilevel"/>
    <w:tmpl w:val="50F41F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D7D03CF"/>
    <w:multiLevelType w:val="hybridMultilevel"/>
    <w:tmpl w:val="89CA7516"/>
    <w:lvl w:ilvl="0" w:tplc="40090001">
      <w:start w:val="1"/>
      <w:numFmt w:val="bullet"/>
      <w:lvlText w:val=""/>
      <w:lvlJc w:val="left"/>
      <w:pPr>
        <w:ind w:left="3732" w:hanging="360"/>
      </w:pPr>
      <w:rPr>
        <w:rFonts w:ascii="Symbol" w:hAnsi="Symbol" w:hint="default"/>
      </w:rPr>
    </w:lvl>
    <w:lvl w:ilvl="1" w:tplc="40090003" w:tentative="1">
      <w:start w:val="1"/>
      <w:numFmt w:val="bullet"/>
      <w:lvlText w:val="o"/>
      <w:lvlJc w:val="left"/>
      <w:pPr>
        <w:ind w:left="4452" w:hanging="360"/>
      </w:pPr>
      <w:rPr>
        <w:rFonts w:ascii="Courier New" w:hAnsi="Courier New" w:cs="Courier New" w:hint="default"/>
      </w:rPr>
    </w:lvl>
    <w:lvl w:ilvl="2" w:tplc="40090005" w:tentative="1">
      <w:start w:val="1"/>
      <w:numFmt w:val="bullet"/>
      <w:lvlText w:val=""/>
      <w:lvlJc w:val="left"/>
      <w:pPr>
        <w:ind w:left="5172" w:hanging="360"/>
      </w:pPr>
      <w:rPr>
        <w:rFonts w:ascii="Wingdings" w:hAnsi="Wingdings" w:hint="default"/>
      </w:rPr>
    </w:lvl>
    <w:lvl w:ilvl="3" w:tplc="40090001" w:tentative="1">
      <w:start w:val="1"/>
      <w:numFmt w:val="bullet"/>
      <w:lvlText w:val=""/>
      <w:lvlJc w:val="left"/>
      <w:pPr>
        <w:ind w:left="5892" w:hanging="360"/>
      </w:pPr>
      <w:rPr>
        <w:rFonts w:ascii="Symbol" w:hAnsi="Symbol" w:hint="default"/>
      </w:rPr>
    </w:lvl>
    <w:lvl w:ilvl="4" w:tplc="40090003" w:tentative="1">
      <w:start w:val="1"/>
      <w:numFmt w:val="bullet"/>
      <w:lvlText w:val="o"/>
      <w:lvlJc w:val="left"/>
      <w:pPr>
        <w:ind w:left="6612" w:hanging="360"/>
      </w:pPr>
      <w:rPr>
        <w:rFonts w:ascii="Courier New" w:hAnsi="Courier New" w:cs="Courier New" w:hint="default"/>
      </w:rPr>
    </w:lvl>
    <w:lvl w:ilvl="5" w:tplc="40090005" w:tentative="1">
      <w:start w:val="1"/>
      <w:numFmt w:val="bullet"/>
      <w:lvlText w:val=""/>
      <w:lvlJc w:val="left"/>
      <w:pPr>
        <w:ind w:left="7332" w:hanging="360"/>
      </w:pPr>
      <w:rPr>
        <w:rFonts w:ascii="Wingdings" w:hAnsi="Wingdings" w:hint="default"/>
      </w:rPr>
    </w:lvl>
    <w:lvl w:ilvl="6" w:tplc="40090001" w:tentative="1">
      <w:start w:val="1"/>
      <w:numFmt w:val="bullet"/>
      <w:lvlText w:val=""/>
      <w:lvlJc w:val="left"/>
      <w:pPr>
        <w:ind w:left="8052" w:hanging="360"/>
      </w:pPr>
      <w:rPr>
        <w:rFonts w:ascii="Symbol" w:hAnsi="Symbol" w:hint="default"/>
      </w:rPr>
    </w:lvl>
    <w:lvl w:ilvl="7" w:tplc="40090003" w:tentative="1">
      <w:start w:val="1"/>
      <w:numFmt w:val="bullet"/>
      <w:lvlText w:val="o"/>
      <w:lvlJc w:val="left"/>
      <w:pPr>
        <w:ind w:left="8772" w:hanging="360"/>
      </w:pPr>
      <w:rPr>
        <w:rFonts w:ascii="Courier New" w:hAnsi="Courier New" w:cs="Courier New" w:hint="default"/>
      </w:rPr>
    </w:lvl>
    <w:lvl w:ilvl="8" w:tplc="40090005" w:tentative="1">
      <w:start w:val="1"/>
      <w:numFmt w:val="bullet"/>
      <w:lvlText w:val=""/>
      <w:lvlJc w:val="left"/>
      <w:pPr>
        <w:ind w:left="9492" w:hanging="360"/>
      </w:pPr>
      <w:rPr>
        <w:rFonts w:ascii="Wingdings" w:hAnsi="Wingdings" w:hint="default"/>
      </w:rPr>
    </w:lvl>
  </w:abstractNum>
  <w:abstractNum w:abstractNumId="24" w15:restartNumberingAfterBreak="0">
    <w:nsid w:val="508A7544"/>
    <w:multiLevelType w:val="hybridMultilevel"/>
    <w:tmpl w:val="E354C1F4"/>
    <w:lvl w:ilvl="0" w:tplc="244A8E4E">
      <w:start w:val="5"/>
      <w:numFmt w:val="decimal"/>
      <w:lvlText w:val="%1."/>
      <w:lvlJc w:val="left"/>
      <w:pPr>
        <w:tabs>
          <w:tab w:val="num" w:pos="720"/>
        </w:tabs>
        <w:ind w:left="720" w:hanging="360"/>
      </w:pPr>
    </w:lvl>
    <w:lvl w:ilvl="1" w:tplc="E95E541A">
      <w:start w:val="1"/>
      <w:numFmt w:val="decimal"/>
      <w:lvlText w:val="%2."/>
      <w:lvlJc w:val="left"/>
      <w:pPr>
        <w:tabs>
          <w:tab w:val="num" w:pos="1440"/>
        </w:tabs>
        <w:ind w:left="1440" w:hanging="360"/>
      </w:pPr>
    </w:lvl>
    <w:lvl w:ilvl="2" w:tplc="CC88FCEE" w:tentative="1">
      <w:start w:val="1"/>
      <w:numFmt w:val="decimal"/>
      <w:lvlText w:val="%3."/>
      <w:lvlJc w:val="left"/>
      <w:pPr>
        <w:tabs>
          <w:tab w:val="num" w:pos="2160"/>
        </w:tabs>
        <w:ind w:left="2160" w:hanging="360"/>
      </w:pPr>
    </w:lvl>
    <w:lvl w:ilvl="3" w:tplc="C71856FC" w:tentative="1">
      <w:start w:val="1"/>
      <w:numFmt w:val="decimal"/>
      <w:lvlText w:val="%4."/>
      <w:lvlJc w:val="left"/>
      <w:pPr>
        <w:tabs>
          <w:tab w:val="num" w:pos="2880"/>
        </w:tabs>
        <w:ind w:left="2880" w:hanging="360"/>
      </w:pPr>
    </w:lvl>
    <w:lvl w:ilvl="4" w:tplc="69C873CE" w:tentative="1">
      <w:start w:val="1"/>
      <w:numFmt w:val="decimal"/>
      <w:lvlText w:val="%5."/>
      <w:lvlJc w:val="left"/>
      <w:pPr>
        <w:tabs>
          <w:tab w:val="num" w:pos="3600"/>
        </w:tabs>
        <w:ind w:left="3600" w:hanging="360"/>
      </w:pPr>
    </w:lvl>
    <w:lvl w:ilvl="5" w:tplc="0684356E" w:tentative="1">
      <w:start w:val="1"/>
      <w:numFmt w:val="decimal"/>
      <w:lvlText w:val="%6."/>
      <w:lvlJc w:val="left"/>
      <w:pPr>
        <w:tabs>
          <w:tab w:val="num" w:pos="4320"/>
        </w:tabs>
        <w:ind w:left="4320" w:hanging="360"/>
      </w:pPr>
    </w:lvl>
    <w:lvl w:ilvl="6" w:tplc="3474D81A" w:tentative="1">
      <w:start w:val="1"/>
      <w:numFmt w:val="decimal"/>
      <w:lvlText w:val="%7."/>
      <w:lvlJc w:val="left"/>
      <w:pPr>
        <w:tabs>
          <w:tab w:val="num" w:pos="5040"/>
        </w:tabs>
        <w:ind w:left="5040" w:hanging="360"/>
      </w:pPr>
    </w:lvl>
    <w:lvl w:ilvl="7" w:tplc="DAEC2FA6" w:tentative="1">
      <w:start w:val="1"/>
      <w:numFmt w:val="decimal"/>
      <w:lvlText w:val="%8."/>
      <w:lvlJc w:val="left"/>
      <w:pPr>
        <w:tabs>
          <w:tab w:val="num" w:pos="5760"/>
        </w:tabs>
        <w:ind w:left="5760" w:hanging="360"/>
      </w:pPr>
    </w:lvl>
    <w:lvl w:ilvl="8" w:tplc="3FA03842" w:tentative="1">
      <w:start w:val="1"/>
      <w:numFmt w:val="decimal"/>
      <w:lvlText w:val="%9."/>
      <w:lvlJc w:val="left"/>
      <w:pPr>
        <w:tabs>
          <w:tab w:val="num" w:pos="6480"/>
        </w:tabs>
        <w:ind w:left="6480" w:hanging="360"/>
      </w:pPr>
    </w:lvl>
  </w:abstractNum>
  <w:abstractNum w:abstractNumId="25" w15:restartNumberingAfterBreak="0">
    <w:nsid w:val="563F682F"/>
    <w:multiLevelType w:val="hybridMultilevel"/>
    <w:tmpl w:val="47AE65F8"/>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6" w15:restartNumberingAfterBreak="0">
    <w:nsid w:val="59F605F1"/>
    <w:multiLevelType w:val="hybridMultilevel"/>
    <w:tmpl w:val="2AAEBFAA"/>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7" w15:restartNumberingAfterBreak="0">
    <w:nsid w:val="5DE1420F"/>
    <w:multiLevelType w:val="hybridMultilevel"/>
    <w:tmpl w:val="F38CE9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5F760030"/>
    <w:multiLevelType w:val="hybridMultilevel"/>
    <w:tmpl w:val="C234BDE0"/>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9" w15:restartNumberingAfterBreak="0">
    <w:nsid w:val="640A0D51"/>
    <w:multiLevelType w:val="hybridMultilevel"/>
    <w:tmpl w:val="0ABE92E6"/>
    <w:lvl w:ilvl="0" w:tplc="4009000F">
      <w:start w:val="1"/>
      <w:numFmt w:val="decimal"/>
      <w:lvlText w:val="%1."/>
      <w:lvlJc w:val="left"/>
      <w:pPr>
        <w:ind w:left="436"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30" w15:restartNumberingAfterBreak="0">
    <w:nsid w:val="68F70ED8"/>
    <w:multiLevelType w:val="hybridMultilevel"/>
    <w:tmpl w:val="4A9CC1A0"/>
    <w:lvl w:ilvl="0" w:tplc="B4A48DF6">
      <w:start w:val="1"/>
      <w:numFmt w:val="decimal"/>
      <w:lvlText w:val="%1."/>
      <w:lvlJc w:val="left"/>
      <w:pPr>
        <w:tabs>
          <w:tab w:val="num" w:pos="720"/>
        </w:tabs>
        <w:ind w:left="720" w:hanging="360"/>
      </w:pPr>
    </w:lvl>
    <w:lvl w:ilvl="1" w:tplc="BB764CC6">
      <w:start w:val="1"/>
      <w:numFmt w:val="decimal"/>
      <w:lvlText w:val="%2."/>
      <w:lvlJc w:val="left"/>
      <w:pPr>
        <w:tabs>
          <w:tab w:val="num" w:pos="1440"/>
        </w:tabs>
        <w:ind w:left="1440" w:hanging="360"/>
      </w:pPr>
    </w:lvl>
    <w:lvl w:ilvl="2" w:tplc="9F0053AC" w:tentative="1">
      <w:start w:val="1"/>
      <w:numFmt w:val="decimal"/>
      <w:lvlText w:val="%3."/>
      <w:lvlJc w:val="left"/>
      <w:pPr>
        <w:tabs>
          <w:tab w:val="num" w:pos="2160"/>
        </w:tabs>
        <w:ind w:left="2160" w:hanging="360"/>
      </w:pPr>
    </w:lvl>
    <w:lvl w:ilvl="3" w:tplc="405EBC52" w:tentative="1">
      <w:start w:val="1"/>
      <w:numFmt w:val="decimal"/>
      <w:lvlText w:val="%4."/>
      <w:lvlJc w:val="left"/>
      <w:pPr>
        <w:tabs>
          <w:tab w:val="num" w:pos="2880"/>
        </w:tabs>
        <w:ind w:left="2880" w:hanging="360"/>
      </w:pPr>
    </w:lvl>
    <w:lvl w:ilvl="4" w:tplc="291434A2" w:tentative="1">
      <w:start w:val="1"/>
      <w:numFmt w:val="decimal"/>
      <w:lvlText w:val="%5."/>
      <w:lvlJc w:val="left"/>
      <w:pPr>
        <w:tabs>
          <w:tab w:val="num" w:pos="3600"/>
        </w:tabs>
        <w:ind w:left="3600" w:hanging="360"/>
      </w:pPr>
    </w:lvl>
    <w:lvl w:ilvl="5" w:tplc="7BCA6AC2" w:tentative="1">
      <w:start w:val="1"/>
      <w:numFmt w:val="decimal"/>
      <w:lvlText w:val="%6."/>
      <w:lvlJc w:val="left"/>
      <w:pPr>
        <w:tabs>
          <w:tab w:val="num" w:pos="4320"/>
        </w:tabs>
        <w:ind w:left="4320" w:hanging="360"/>
      </w:pPr>
    </w:lvl>
    <w:lvl w:ilvl="6" w:tplc="20BC185C" w:tentative="1">
      <w:start w:val="1"/>
      <w:numFmt w:val="decimal"/>
      <w:lvlText w:val="%7."/>
      <w:lvlJc w:val="left"/>
      <w:pPr>
        <w:tabs>
          <w:tab w:val="num" w:pos="5040"/>
        </w:tabs>
        <w:ind w:left="5040" w:hanging="360"/>
      </w:pPr>
    </w:lvl>
    <w:lvl w:ilvl="7" w:tplc="D1CAD1E4" w:tentative="1">
      <w:start w:val="1"/>
      <w:numFmt w:val="decimal"/>
      <w:lvlText w:val="%8."/>
      <w:lvlJc w:val="left"/>
      <w:pPr>
        <w:tabs>
          <w:tab w:val="num" w:pos="5760"/>
        </w:tabs>
        <w:ind w:left="5760" w:hanging="360"/>
      </w:pPr>
    </w:lvl>
    <w:lvl w:ilvl="8" w:tplc="CFFC9A9A" w:tentative="1">
      <w:start w:val="1"/>
      <w:numFmt w:val="decimal"/>
      <w:lvlText w:val="%9."/>
      <w:lvlJc w:val="left"/>
      <w:pPr>
        <w:tabs>
          <w:tab w:val="num" w:pos="6480"/>
        </w:tabs>
        <w:ind w:left="6480" w:hanging="360"/>
      </w:pPr>
    </w:lvl>
  </w:abstractNum>
  <w:abstractNum w:abstractNumId="31" w15:restartNumberingAfterBreak="0">
    <w:nsid w:val="6FF25438"/>
    <w:multiLevelType w:val="hybridMultilevel"/>
    <w:tmpl w:val="4EC8E3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F773AD5"/>
    <w:multiLevelType w:val="hybridMultilevel"/>
    <w:tmpl w:val="7C101546"/>
    <w:lvl w:ilvl="0" w:tplc="C576DD3A">
      <w:start w:val="1"/>
      <w:numFmt w:val="upp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num w:numId="1" w16cid:durableId="634793994">
    <w:abstractNumId w:val="8"/>
  </w:num>
  <w:num w:numId="2" w16cid:durableId="1036468290">
    <w:abstractNumId w:val="6"/>
  </w:num>
  <w:num w:numId="3" w16cid:durableId="1341422701">
    <w:abstractNumId w:val="5"/>
  </w:num>
  <w:num w:numId="4" w16cid:durableId="1705203927">
    <w:abstractNumId w:val="4"/>
  </w:num>
  <w:num w:numId="5" w16cid:durableId="961811541">
    <w:abstractNumId w:val="7"/>
  </w:num>
  <w:num w:numId="6" w16cid:durableId="596060014">
    <w:abstractNumId w:val="3"/>
  </w:num>
  <w:num w:numId="7" w16cid:durableId="73867511">
    <w:abstractNumId w:val="2"/>
  </w:num>
  <w:num w:numId="8" w16cid:durableId="1223907757">
    <w:abstractNumId w:val="1"/>
  </w:num>
  <w:num w:numId="9" w16cid:durableId="1701205310">
    <w:abstractNumId w:val="0"/>
  </w:num>
  <w:num w:numId="10" w16cid:durableId="1353874848">
    <w:abstractNumId w:val="30"/>
  </w:num>
  <w:num w:numId="11" w16cid:durableId="1025521528">
    <w:abstractNumId w:val="24"/>
  </w:num>
  <w:num w:numId="12" w16cid:durableId="1471096448">
    <w:abstractNumId w:val="11"/>
  </w:num>
  <w:num w:numId="13" w16cid:durableId="1448739379">
    <w:abstractNumId w:val="27"/>
  </w:num>
  <w:num w:numId="14" w16cid:durableId="1247956335">
    <w:abstractNumId w:val="28"/>
  </w:num>
  <w:num w:numId="15" w16cid:durableId="581181807">
    <w:abstractNumId w:val="25"/>
  </w:num>
  <w:num w:numId="16" w16cid:durableId="346718022">
    <w:abstractNumId w:val="32"/>
  </w:num>
  <w:num w:numId="17" w16cid:durableId="966667408">
    <w:abstractNumId w:val="21"/>
  </w:num>
  <w:num w:numId="18" w16cid:durableId="1073547812">
    <w:abstractNumId w:val="16"/>
  </w:num>
  <w:num w:numId="19" w16cid:durableId="769855192">
    <w:abstractNumId w:val="13"/>
  </w:num>
  <w:num w:numId="20" w16cid:durableId="387193614">
    <w:abstractNumId w:val="12"/>
  </w:num>
  <w:num w:numId="21" w16cid:durableId="1820074238">
    <w:abstractNumId w:val="29"/>
  </w:num>
  <w:num w:numId="22" w16cid:durableId="782264587">
    <w:abstractNumId w:val="15"/>
  </w:num>
  <w:num w:numId="23" w16cid:durableId="155271045">
    <w:abstractNumId w:val="9"/>
  </w:num>
  <w:num w:numId="24" w16cid:durableId="377169303">
    <w:abstractNumId w:val="23"/>
  </w:num>
  <w:num w:numId="25" w16cid:durableId="2033919880">
    <w:abstractNumId w:val="22"/>
  </w:num>
  <w:num w:numId="26" w16cid:durableId="803736037">
    <w:abstractNumId w:val="18"/>
  </w:num>
  <w:num w:numId="27" w16cid:durableId="656542616">
    <w:abstractNumId w:val="10"/>
  </w:num>
  <w:num w:numId="28" w16cid:durableId="628828228">
    <w:abstractNumId w:val="31"/>
  </w:num>
  <w:num w:numId="29" w16cid:durableId="1610040293">
    <w:abstractNumId w:val="26"/>
  </w:num>
  <w:num w:numId="30" w16cid:durableId="2066023391">
    <w:abstractNumId w:val="20"/>
  </w:num>
  <w:num w:numId="31" w16cid:durableId="968123510">
    <w:abstractNumId w:val="19"/>
  </w:num>
  <w:num w:numId="32" w16cid:durableId="1168642793">
    <w:abstractNumId w:val="17"/>
  </w:num>
  <w:num w:numId="33" w16cid:durableId="11423823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22309"/>
    <w:rsid w:val="00034616"/>
    <w:rsid w:val="00034CB1"/>
    <w:rsid w:val="00042C01"/>
    <w:rsid w:val="00053083"/>
    <w:rsid w:val="0006063C"/>
    <w:rsid w:val="000639CE"/>
    <w:rsid w:val="00072FEE"/>
    <w:rsid w:val="00076103"/>
    <w:rsid w:val="00077146"/>
    <w:rsid w:val="00093389"/>
    <w:rsid w:val="0009444C"/>
    <w:rsid w:val="000B26E4"/>
    <w:rsid w:val="000C4DEB"/>
    <w:rsid w:val="000E1112"/>
    <w:rsid w:val="000F16F4"/>
    <w:rsid w:val="001041DF"/>
    <w:rsid w:val="00114013"/>
    <w:rsid w:val="0011771D"/>
    <w:rsid w:val="00137173"/>
    <w:rsid w:val="0015074B"/>
    <w:rsid w:val="001608B5"/>
    <w:rsid w:val="0016533E"/>
    <w:rsid w:val="001925EC"/>
    <w:rsid w:val="001A5057"/>
    <w:rsid w:val="001B7105"/>
    <w:rsid w:val="001F7BBE"/>
    <w:rsid w:val="0022240F"/>
    <w:rsid w:val="00260DA4"/>
    <w:rsid w:val="00283F6A"/>
    <w:rsid w:val="0029167D"/>
    <w:rsid w:val="0029639D"/>
    <w:rsid w:val="002A3322"/>
    <w:rsid w:val="002D09AE"/>
    <w:rsid w:val="002E0036"/>
    <w:rsid w:val="002F68E1"/>
    <w:rsid w:val="00326F90"/>
    <w:rsid w:val="003335D0"/>
    <w:rsid w:val="003367EA"/>
    <w:rsid w:val="0034029A"/>
    <w:rsid w:val="00351F52"/>
    <w:rsid w:val="00364ED9"/>
    <w:rsid w:val="00370444"/>
    <w:rsid w:val="0037196A"/>
    <w:rsid w:val="00390E57"/>
    <w:rsid w:val="003C6E60"/>
    <w:rsid w:val="003D356E"/>
    <w:rsid w:val="003F132F"/>
    <w:rsid w:val="00401133"/>
    <w:rsid w:val="00406EDB"/>
    <w:rsid w:val="00440601"/>
    <w:rsid w:val="00440770"/>
    <w:rsid w:val="00444FC6"/>
    <w:rsid w:val="00472442"/>
    <w:rsid w:val="004805E8"/>
    <w:rsid w:val="00496318"/>
    <w:rsid w:val="004A03CE"/>
    <w:rsid w:val="004C3492"/>
    <w:rsid w:val="004F164C"/>
    <w:rsid w:val="00501F40"/>
    <w:rsid w:val="00506BDB"/>
    <w:rsid w:val="0052413A"/>
    <w:rsid w:val="005522ED"/>
    <w:rsid w:val="00557F67"/>
    <w:rsid w:val="00564101"/>
    <w:rsid w:val="0057154D"/>
    <w:rsid w:val="00571AAB"/>
    <w:rsid w:val="005747BB"/>
    <w:rsid w:val="00585CB7"/>
    <w:rsid w:val="005B1C97"/>
    <w:rsid w:val="005B594A"/>
    <w:rsid w:val="005E4EF4"/>
    <w:rsid w:val="005F0B04"/>
    <w:rsid w:val="00606BD2"/>
    <w:rsid w:val="00610C15"/>
    <w:rsid w:val="006204E3"/>
    <w:rsid w:val="006231B0"/>
    <w:rsid w:val="00642290"/>
    <w:rsid w:val="00646EF8"/>
    <w:rsid w:val="006F0D57"/>
    <w:rsid w:val="00706A5A"/>
    <w:rsid w:val="00715633"/>
    <w:rsid w:val="00723524"/>
    <w:rsid w:val="007509E9"/>
    <w:rsid w:val="00753819"/>
    <w:rsid w:val="007732A8"/>
    <w:rsid w:val="00774503"/>
    <w:rsid w:val="0078361E"/>
    <w:rsid w:val="007979CF"/>
    <w:rsid w:val="007E0DE3"/>
    <w:rsid w:val="00816E30"/>
    <w:rsid w:val="008519BD"/>
    <w:rsid w:val="008648A0"/>
    <w:rsid w:val="0087227F"/>
    <w:rsid w:val="008728C8"/>
    <w:rsid w:val="0087400E"/>
    <w:rsid w:val="0089375D"/>
    <w:rsid w:val="008A1CD5"/>
    <w:rsid w:val="008B6C5C"/>
    <w:rsid w:val="008D185F"/>
    <w:rsid w:val="008D1E9A"/>
    <w:rsid w:val="008E6E2A"/>
    <w:rsid w:val="008F0A8C"/>
    <w:rsid w:val="00905F9B"/>
    <w:rsid w:val="00907FEE"/>
    <w:rsid w:val="00924132"/>
    <w:rsid w:val="00930395"/>
    <w:rsid w:val="00931A90"/>
    <w:rsid w:val="009567CB"/>
    <w:rsid w:val="00961CD3"/>
    <w:rsid w:val="00973314"/>
    <w:rsid w:val="00973FBD"/>
    <w:rsid w:val="00974AF4"/>
    <w:rsid w:val="009925C8"/>
    <w:rsid w:val="00994057"/>
    <w:rsid w:val="009A0226"/>
    <w:rsid w:val="009A11D4"/>
    <w:rsid w:val="00A3146A"/>
    <w:rsid w:val="00A449CE"/>
    <w:rsid w:val="00AA1D8D"/>
    <w:rsid w:val="00AC4DAB"/>
    <w:rsid w:val="00AD75B0"/>
    <w:rsid w:val="00B0622A"/>
    <w:rsid w:val="00B47730"/>
    <w:rsid w:val="00B50CE0"/>
    <w:rsid w:val="00B553E7"/>
    <w:rsid w:val="00B57DB7"/>
    <w:rsid w:val="00B727D6"/>
    <w:rsid w:val="00B75362"/>
    <w:rsid w:val="00B83A30"/>
    <w:rsid w:val="00B87F8B"/>
    <w:rsid w:val="00B9154B"/>
    <w:rsid w:val="00BB38F1"/>
    <w:rsid w:val="00BC572A"/>
    <w:rsid w:val="00BF4F59"/>
    <w:rsid w:val="00C002A8"/>
    <w:rsid w:val="00C16934"/>
    <w:rsid w:val="00C16E06"/>
    <w:rsid w:val="00C25B2C"/>
    <w:rsid w:val="00C515F3"/>
    <w:rsid w:val="00C63910"/>
    <w:rsid w:val="00C944E0"/>
    <w:rsid w:val="00CA087A"/>
    <w:rsid w:val="00CB0664"/>
    <w:rsid w:val="00CD2E23"/>
    <w:rsid w:val="00CE3B12"/>
    <w:rsid w:val="00CF4DF4"/>
    <w:rsid w:val="00D02043"/>
    <w:rsid w:val="00D15D8B"/>
    <w:rsid w:val="00D21E33"/>
    <w:rsid w:val="00D36716"/>
    <w:rsid w:val="00D44FE8"/>
    <w:rsid w:val="00D544DC"/>
    <w:rsid w:val="00D7318B"/>
    <w:rsid w:val="00D87F3A"/>
    <w:rsid w:val="00DC0172"/>
    <w:rsid w:val="00DC262C"/>
    <w:rsid w:val="00E00544"/>
    <w:rsid w:val="00E26CBF"/>
    <w:rsid w:val="00E705FB"/>
    <w:rsid w:val="00E84D83"/>
    <w:rsid w:val="00EA00F8"/>
    <w:rsid w:val="00EA520C"/>
    <w:rsid w:val="00ED6800"/>
    <w:rsid w:val="00EE10E8"/>
    <w:rsid w:val="00EF05D1"/>
    <w:rsid w:val="00F10E21"/>
    <w:rsid w:val="00F12021"/>
    <w:rsid w:val="00F254C6"/>
    <w:rsid w:val="00F36979"/>
    <w:rsid w:val="00F427E5"/>
    <w:rsid w:val="00F47071"/>
    <w:rsid w:val="00F57D85"/>
    <w:rsid w:val="00F853EF"/>
    <w:rsid w:val="00F86D28"/>
    <w:rsid w:val="00FC693F"/>
    <w:rsid w:val="00FD17E7"/>
    <w:rsid w:val="00FF2872"/>
    <w:rsid w:val="00FF49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BFEC6"/>
  <w14:defaultImageDpi w14:val="300"/>
  <w15:docId w15:val="{47A919CA-D667-4178-BD00-23C47AD31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B553E7"/>
    <w:pPr>
      <w:spacing w:before="100" w:beforeAutospacing="1" w:after="100" w:afterAutospacing="1" w:line="240" w:lineRule="auto"/>
    </w:pPr>
    <w:rPr>
      <w:rFonts w:cs="Times New Roman"/>
      <w:szCs w:val="24"/>
      <w:lang w:val="en-IN" w:eastAsia="en-IN"/>
    </w:rPr>
  </w:style>
  <w:style w:type="paragraph" w:customStyle="1" w:styleId="Style1">
    <w:name w:val="Style1"/>
    <w:basedOn w:val="Normal"/>
    <w:link w:val="Style1Char"/>
    <w:qFormat/>
    <w:rsid w:val="009925C8"/>
    <w:pPr>
      <w:ind w:left="-284" w:right="-151"/>
      <w:jc w:val="both"/>
    </w:pPr>
    <w:rPr>
      <w:rFonts w:cs="Times New Roman"/>
    </w:rPr>
  </w:style>
  <w:style w:type="character" w:customStyle="1" w:styleId="Style1Char">
    <w:name w:val="Style1 Char"/>
    <w:basedOn w:val="DefaultParagraphFont"/>
    <w:link w:val="Style1"/>
    <w:rsid w:val="009925C8"/>
    <w:rPr>
      <w:rFonts w:ascii="Times New Roman" w:hAnsi="Times New Roman" w:cs="Times New Roman"/>
      <w:sz w:val="24"/>
    </w:rPr>
  </w:style>
  <w:style w:type="paragraph" w:customStyle="1" w:styleId="Style2">
    <w:name w:val="Style2"/>
    <w:basedOn w:val="Heading1"/>
    <w:link w:val="Style2Char"/>
    <w:qFormat/>
    <w:rsid w:val="009925C8"/>
    <w:pPr>
      <w:ind w:left="-284" w:right="-151"/>
      <w:jc w:val="both"/>
    </w:pPr>
    <w:rPr>
      <w:rFonts w:ascii="Times New Roman" w:hAnsi="Times New Roman" w:cs="Times New Roman"/>
    </w:rPr>
  </w:style>
  <w:style w:type="character" w:customStyle="1" w:styleId="Style2Char">
    <w:name w:val="Style2 Char"/>
    <w:basedOn w:val="Heading1Char"/>
    <w:link w:val="Style2"/>
    <w:rsid w:val="009925C8"/>
    <w:rPr>
      <w:rFonts w:ascii="Times New Roman" w:eastAsiaTheme="majorEastAsia" w:hAnsi="Times New Roman" w:cs="Times New Roman"/>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439984">
      <w:bodyDiv w:val="1"/>
      <w:marLeft w:val="0"/>
      <w:marRight w:val="0"/>
      <w:marTop w:val="0"/>
      <w:marBottom w:val="0"/>
      <w:divBdr>
        <w:top w:val="none" w:sz="0" w:space="0" w:color="auto"/>
        <w:left w:val="none" w:sz="0" w:space="0" w:color="auto"/>
        <w:bottom w:val="none" w:sz="0" w:space="0" w:color="auto"/>
        <w:right w:val="none" w:sz="0" w:space="0" w:color="auto"/>
      </w:divBdr>
      <w:divsChild>
        <w:div w:id="1969427996">
          <w:marLeft w:val="562"/>
          <w:marRight w:val="0"/>
          <w:marTop w:val="106"/>
          <w:marBottom w:val="0"/>
          <w:divBdr>
            <w:top w:val="none" w:sz="0" w:space="0" w:color="auto"/>
            <w:left w:val="none" w:sz="0" w:space="0" w:color="auto"/>
            <w:bottom w:val="none" w:sz="0" w:space="0" w:color="auto"/>
            <w:right w:val="none" w:sz="0" w:space="0" w:color="auto"/>
          </w:divBdr>
        </w:div>
        <w:div w:id="144516694">
          <w:marLeft w:val="562"/>
          <w:marRight w:val="0"/>
          <w:marTop w:val="106"/>
          <w:marBottom w:val="0"/>
          <w:divBdr>
            <w:top w:val="none" w:sz="0" w:space="0" w:color="auto"/>
            <w:left w:val="none" w:sz="0" w:space="0" w:color="auto"/>
            <w:bottom w:val="none" w:sz="0" w:space="0" w:color="auto"/>
            <w:right w:val="none" w:sz="0" w:space="0" w:color="auto"/>
          </w:divBdr>
        </w:div>
        <w:div w:id="840311391">
          <w:marLeft w:val="562"/>
          <w:marRight w:val="0"/>
          <w:marTop w:val="106"/>
          <w:marBottom w:val="0"/>
          <w:divBdr>
            <w:top w:val="none" w:sz="0" w:space="0" w:color="auto"/>
            <w:left w:val="none" w:sz="0" w:space="0" w:color="auto"/>
            <w:bottom w:val="none" w:sz="0" w:space="0" w:color="auto"/>
            <w:right w:val="none" w:sz="0" w:space="0" w:color="auto"/>
          </w:divBdr>
        </w:div>
        <w:div w:id="402292713">
          <w:marLeft w:val="562"/>
          <w:marRight w:val="0"/>
          <w:marTop w:val="106"/>
          <w:marBottom w:val="0"/>
          <w:divBdr>
            <w:top w:val="none" w:sz="0" w:space="0" w:color="auto"/>
            <w:left w:val="none" w:sz="0" w:space="0" w:color="auto"/>
            <w:bottom w:val="none" w:sz="0" w:space="0" w:color="auto"/>
            <w:right w:val="none" w:sz="0" w:space="0" w:color="auto"/>
          </w:divBdr>
        </w:div>
      </w:divsChild>
    </w:div>
    <w:div w:id="1809586567">
      <w:bodyDiv w:val="1"/>
      <w:marLeft w:val="0"/>
      <w:marRight w:val="0"/>
      <w:marTop w:val="0"/>
      <w:marBottom w:val="0"/>
      <w:divBdr>
        <w:top w:val="none" w:sz="0" w:space="0" w:color="auto"/>
        <w:left w:val="none" w:sz="0" w:space="0" w:color="auto"/>
        <w:bottom w:val="none" w:sz="0" w:space="0" w:color="auto"/>
        <w:right w:val="none" w:sz="0" w:space="0" w:color="auto"/>
      </w:divBdr>
      <w:divsChild>
        <w:div w:id="1732771857">
          <w:marLeft w:val="547"/>
          <w:marRight w:val="0"/>
          <w:marTop w:val="0"/>
          <w:marBottom w:val="0"/>
          <w:divBdr>
            <w:top w:val="none" w:sz="0" w:space="0" w:color="auto"/>
            <w:left w:val="none" w:sz="0" w:space="0" w:color="auto"/>
            <w:bottom w:val="none" w:sz="0" w:space="0" w:color="auto"/>
            <w:right w:val="none" w:sz="0" w:space="0" w:color="auto"/>
          </w:divBdr>
        </w:div>
        <w:div w:id="1267040058">
          <w:marLeft w:val="547"/>
          <w:marRight w:val="0"/>
          <w:marTop w:val="0"/>
          <w:marBottom w:val="0"/>
          <w:divBdr>
            <w:top w:val="none" w:sz="0" w:space="0" w:color="auto"/>
            <w:left w:val="none" w:sz="0" w:space="0" w:color="auto"/>
            <w:bottom w:val="none" w:sz="0" w:space="0" w:color="auto"/>
            <w:right w:val="none" w:sz="0" w:space="0" w:color="auto"/>
          </w:divBdr>
        </w:div>
        <w:div w:id="156961695">
          <w:marLeft w:val="547"/>
          <w:marRight w:val="0"/>
          <w:marTop w:val="0"/>
          <w:marBottom w:val="0"/>
          <w:divBdr>
            <w:top w:val="none" w:sz="0" w:space="0" w:color="auto"/>
            <w:left w:val="none" w:sz="0" w:space="0" w:color="auto"/>
            <w:bottom w:val="none" w:sz="0" w:space="0" w:color="auto"/>
            <w:right w:val="none" w:sz="0" w:space="0" w:color="auto"/>
          </w:divBdr>
        </w:div>
        <w:div w:id="175435484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0F29E9E3AE78C43B98BE2F3D73F4B5D" ma:contentTypeVersion="1" ma:contentTypeDescription="Create a new document." ma:contentTypeScope="" ma:versionID="54f1c60d3eb0275d45c37fe8e1c73a14">
  <xsd:schema xmlns:xsd="http://www.w3.org/2001/XMLSchema" xmlns:xs="http://www.w3.org/2001/XMLSchema" xmlns:p="http://schemas.microsoft.com/office/2006/metadata/properties" xmlns:ns3="81e2c059-5ad8-4337-830a-6d5b1ad75743" targetNamespace="http://schemas.microsoft.com/office/2006/metadata/properties" ma:root="true" ma:fieldsID="da50f0cbbd1f9ee3380c619e266e78f2" ns3:_="">
    <xsd:import namespace="81e2c059-5ad8-4337-830a-6d5b1ad75743"/>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2c059-5ad8-4337-830a-6d5b1ad7574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5330E1-C335-4C43-8E50-E2C0C93A3E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2265F6-DA70-4978-BE1A-631637735A75}">
  <ds:schemaRefs>
    <ds:schemaRef ds:uri="http://schemas.openxmlformats.org/officeDocument/2006/bibliography"/>
  </ds:schemaRefs>
</ds:datastoreItem>
</file>

<file path=customXml/itemProps3.xml><?xml version="1.0" encoding="utf-8"?>
<ds:datastoreItem xmlns:ds="http://schemas.openxmlformats.org/officeDocument/2006/customXml" ds:itemID="{548629E5-C959-4866-BBA7-148B007EB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2c059-5ad8-4337-830a-6d5b1ad75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0412F-40D1-43E2-83C0-F7253091C0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theaisha1707@gmail.com</cp:lastModifiedBy>
  <cp:revision>3</cp:revision>
  <cp:lastPrinted>2026-04-26T05:33:00Z</cp:lastPrinted>
  <dcterms:created xsi:type="dcterms:W3CDTF">2026-04-26T05:33:00Z</dcterms:created>
  <dcterms:modified xsi:type="dcterms:W3CDTF">2026-04-27T06:07:00Z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0x010100D0F29E9E3AE78C43B98BE2F3D73F4B5D</vt:lpwstr>
  </property>
</Properties>
</file>